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79EB3" w14:textId="11F3E0F1" w:rsidR="00747D39" w:rsidRPr="00243CB4" w:rsidRDefault="00DA764F" w:rsidP="00FA4C28">
      <w:pPr>
        <w:jc w:val="center"/>
        <w:rPr>
          <w:lang w:val="en-US"/>
        </w:rPr>
      </w:pPr>
      <w:r w:rsidRPr="00243CB4">
        <w:rPr>
          <w:b/>
          <w:sz w:val="40"/>
          <w:lang w:val="en-US"/>
        </w:rPr>
        <w:t>MG TECHNOLOGY S. de R.L.</w:t>
      </w:r>
      <w:r w:rsidRPr="00243CB4">
        <w:rPr>
          <w:lang w:val="en-US"/>
        </w:rPr>
        <w:br/>
      </w:r>
    </w:p>
    <w:p w14:paraId="340BF00B" w14:textId="48AA6660" w:rsidR="00747D39" w:rsidRPr="00E7553C" w:rsidRDefault="00DA764F" w:rsidP="00FA4C28">
      <w:pPr>
        <w:jc w:val="center"/>
      </w:pPr>
      <w:r w:rsidRPr="00E7553C">
        <w:rPr>
          <w:b/>
          <w:sz w:val="32"/>
        </w:rPr>
        <w:t>CONTRATO DE SERVICIO DE INTERNET FTTH</w:t>
      </w:r>
    </w:p>
    <w:p w14:paraId="51B56F1D" w14:textId="70CFDD94" w:rsidR="00747D39" w:rsidRPr="00BF021F" w:rsidRDefault="00DA764F" w:rsidP="00FA4C28">
      <w:pPr>
        <w:jc w:val="center"/>
        <w:rPr>
          <w:sz w:val="28"/>
          <w:szCs w:val="28"/>
        </w:rPr>
      </w:pPr>
      <w:r w:rsidRPr="28310BC9">
        <w:rPr>
          <w:b/>
          <w:bCs/>
          <w:sz w:val="28"/>
          <w:szCs w:val="28"/>
        </w:rPr>
        <w:t xml:space="preserve">Contrato No: </w:t>
      </w:r>
      <w:r w:rsidR="007366FC">
        <w:rPr>
          <w:b/>
          <w:bCs/>
          <w:sz w:val="28"/>
          <w:szCs w:val="28"/>
        </w:rPr>
        <w:t>[</w:t>
      </w:r>
      <w:proofErr w:type="spellStart"/>
      <w:r w:rsidR="007366FC">
        <w:rPr>
          <w:b/>
          <w:bCs/>
          <w:sz w:val="28"/>
          <w:szCs w:val="28"/>
        </w:rPr>
        <w:t>CodigoContrato</w:t>
      </w:r>
      <w:proofErr w:type="spellEnd"/>
      <w:r w:rsidR="007366FC">
        <w:rPr>
          <w:b/>
          <w:bCs/>
          <w:sz w:val="28"/>
          <w:szCs w:val="28"/>
        </w:rPr>
        <w:t>]</w:t>
      </w:r>
      <w:r>
        <w:br/>
      </w:r>
      <w:r w:rsidRPr="28310BC9">
        <w:rPr>
          <w:sz w:val="28"/>
          <w:szCs w:val="28"/>
        </w:rPr>
        <w:t>Representante Legal: Samuel Antonio Mejía Hernández</w:t>
      </w:r>
      <w:r>
        <w:br/>
      </w:r>
      <w:r w:rsidRPr="28310BC9">
        <w:rPr>
          <w:sz w:val="28"/>
          <w:szCs w:val="28"/>
        </w:rPr>
        <w:t>Identidad: 1101-1996-00470</w:t>
      </w:r>
    </w:p>
    <w:p w14:paraId="387498C8" w14:textId="77777777" w:rsidR="00747D39" w:rsidRPr="00BE2ACF" w:rsidRDefault="00DA764F" w:rsidP="001A37F6">
      <w:pPr>
        <w:pStyle w:val="Ttulo1"/>
        <w:spacing w:line="360" w:lineRule="auto"/>
        <w:jc w:val="both"/>
        <w:rPr>
          <w:color w:val="auto"/>
        </w:rPr>
      </w:pPr>
      <w:r w:rsidRPr="00BE2ACF">
        <w:rPr>
          <w:color w:val="auto"/>
        </w:rPr>
        <w:t>I. PARTES DEL CONTRATO</w:t>
      </w:r>
    </w:p>
    <w:p w14:paraId="6C16040D" w14:textId="77777777" w:rsidR="00747D39" w:rsidRPr="00E7553C" w:rsidRDefault="00DA764F" w:rsidP="00757450">
      <w:pPr>
        <w:spacing w:after="0" w:line="360" w:lineRule="auto"/>
        <w:jc w:val="both"/>
      </w:pPr>
      <w:r w:rsidRPr="00E7553C">
        <w:t>PROVEEDOR: MG TECHNOLOGY S. de R.L., representada legalmente por Samuel Antonio Mejía Hernández, con identidad 1101-1996-00470.</w:t>
      </w:r>
    </w:p>
    <w:p w14:paraId="3CFBFAFE" w14:textId="77777777" w:rsidR="00747D39" w:rsidRPr="00BE2ACF" w:rsidRDefault="00DA764F" w:rsidP="00757450">
      <w:pPr>
        <w:pStyle w:val="Ttulo1"/>
        <w:jc w:val="both"/>
        <w:rPr>
          <w:color w:val="auto"/>
        </w:rPr>
      </w:pPr>
      <w:r w:rsidRPr="00BE2ACF">
        <w:rPr>
          <w:color w:val="auto"/>
        </w:rPr>
        <w:t>II. DATOS DEL SUSCRIPTOR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095"/>
      </w:tblGrid>
      <w:tr w:rsidR="00747D39" w:rsidRPr="00E7553C" w14:paraId="2C7076A0" w14:textId="77777777" w:rsidTr="79D7722B">
        <w:tc>
          <w:tcPr>
            <w:tcW w:w="2660" w:type="dxa"/>
          </w:tcPr>
          <w:p w14:paraId="29D8B6A5" w14:textId="3E31C83D" w:rsidR="00747D39" w:rsidRPr="00E7553C" w:rsidRDefault="00DA764F" w:rsidP="00702610">
            <w:pPr>
              <w:jc w:val="both"/>
            </w:pPr>
            <w:r w:rsidRPr="00E7553C">
              <w:t>Nombre</w:t>
            </w:r>
            <w:r w:rsidR="00A76749">
              <w:t xml:space="preserve"> suscriptor</w:t>
            </w:r>
            <w:r w:rsidR="00E7553C" w:rsidRPr="00E7553C">
              <w:t>:</w:t>
            </w:r>
          </w:p>
        </w:tc>
        <w:tc>
          <w:tcPr>
            <w:tcW w:w="6095" w:type="dxa"/>
            <w:vAlign w:val="center"/>
          </w:tcPr>
          <w:p w14:paraId="79E39FA5" w14:textId="64E062D3" w:rsidR="00747D39" w:rsidRPr="00E7553C" w:rsidRDefault="007366FC" w:rsidP="00E161F0">
            <w:r>
              <w:t>[</w:t>
            </w:r>
            <w:proofErr w:type="spellStart"/>
            <w:r>
              <w:t>ClienteNombre</w:t>
            </w:r>
            <w:proofErr w:type="spellEnd"/>
            <w:r>
              <w:t>]</w:t>
            </w:r>
          </w:p>
        </w:tc>
      </w:tr>
      <w:tr w:rsidR="00747D39" w:rsidRPr="00E7553C" w14:paraId="58B453D5" w14:textId="77777777" w:rsidTr="79D7722B">
        <w:tc>
          <w:tcPr>
            <w:tcW w:w="2660" w:type="dxa"/>
          </w:tcPr>
          <w:p w14:paraId="7183B15D" w14:textId="4F502BB8" w:rsidR="00747D39" w:rsidRPr="00E7553C" w:rsidRDefault="00DA764F" w:rsidP="00702610">
            <w:pPr>
              <w:jc w:val="both"/>
            </w:pPr>
            <w:r w:rsidRPr="00E7553C">
              <w:t>Número de identidad</w:t>
            </w:r>
            <w:r w:rsidR="00E7553C" w:rsidRPr="00E7553C">
              <w:t>:</w:t>
            </w:r>
          </w:p>
        </w:tc>
        <w:tc>
          <w:tcPr>
            <w:tcW w:w="6095" w:type="dxa"/>
            <w:vAlign w:val="center"/>
          </w:tcPr>
          <w:p w14:paraId="6438236F" w14:textId="071D330D" w:rsidR="00B87965" w:rsidRPr="00E7553C" w:rsidRDefault="007366FC" w:rsidP="00E161F0">
            <w:r>
              <w:t>[</w:t>
            </w:r>
            <w:proofErr w:type="spellStart"/>
            <w:r>
              <w:t>ClienteIdentidad</w:t>
            </w:r>
            <w:proofErr w:type="spellEnd"/>
            <w:r>
              <w:t>]</w:t>
            </w:r>
          </w:p>
        </w:tc>
      </w:tr>
      <w:tr w:rsidR="00747D39" w:rsidRPr="00E7553C" w14:paraId="1B41A3D4" w14:textId="77777777" w:rsidTr="79D7722B">
        <w:tc>
          <w:tcPr>
            <w:tcW w:w="2660" w:type="dxa"/>
          </w:tcPr>
          <w:p w14:paraId="1900EB8C" w14:textId="07DEFB2F" w:rsidR="00747D39" w:rsidRPr="00E7553C" w:rsidRDefault="00DA764F" w:rsidP="00702610">
            <w:pPr>
              <w:jc w:val="both"/>
            </w:pPr>
            <w:r w:rsidRPr="00E7553C">
              <w:t xml:space="preserve">Teléfono / </w:t>
            </w:r>
            <w:r w:rsidR="00E7553C" w:rsidRPr="00E7553C">
              <w:t>celular:</w:t>
            </w:r>
          </w:p>
        </w:tc>
        <w:tc>
          <w:tcPr>
            <w:tcW w:w="6095" w:type="dxa"/>
            <w:vAlign w:val="center"/>
          </w:tcPr>
          <w:p w14:paraId="5359132E" w14:textId="21F04B68" w:rsidR="00747D39" w:rsidRPr="00E7553C" w:rsidRDefault="007366FC" w:rsidP="005142A9">
            <w:pPr>
              <w:ind w:left="720" w:hanging="720"/>
            </w:pPr>
            <w:r>
              <w:t>[</w:t>
            </w:r>
            <w:proofErr w:type="spellStart"/>
            <w:r>
              <w:t>ClienteCelular</w:t>
            </w:r>
            <w:proofErr w:type="spellEnd"/>
            <w:r>
              <w:t>]</w:t>
            </w:r>
          </w:p>
        </w:tc>
      </w:tr>
      <w:tr w:rsidR="00747D39" w:rsidRPr="00E7553C" w14:paraId="6B276AB0" w14:textId="77777777" w:rsidTr="79D7722B">
        <w:trPr>
          <w:trHeight w:val="1143"/>
        </w:trPr>
        <w:tc>
          <w:tcPr>
            <w:tcW w:w="2660" w:type="dxa"/>
          </w:tcPr>
          <w:p w14:paraId="4036C6DF" w14:textId="1056DEF1" w:rsidR="00747D39" w:rsidRPr="00E7553C" w:rsidRDefault="00DA764F" w:rsidP="00702610">
            <w:pPr>
              <w:jc w:val="both"/>
            </w:pPr>
            <w:r w:rsidRPr="00E7553C">
              <w:t>Dirección de instalación</w:t>
            </w:r>
            <w:r w:rsidR="00E7553C" w:rsidRPr="00E7553C">
              <w:t>:</w:t>
            </w:r>
          </w:p>
        </w:tc>
        <w:tc>
          <w:tcPr>
            <w:tcW w:w="6095" w:type="dxa"/>
            <w:vAlign w:val="center"/>
          </w:tcPr>
          <w:p w14:paraId="10781E19" w14:textId="35060515" w:rsidR="00747D39" w:rsidRPr="00E7553C" w:rsidRDefault="007366FC" w:rsidP="00E161F0">
            <w:r>
              <w:t>[</w:t>
            </w:r>
            <w:proofErr w:type="spellStart"/>
            <w:r>
              <w:t>ClienteDireccion</w:t>
            </w:r>
            <w:proofErr w:type="spellEnd"/>
            <w:r>
              <w:t>]</w:t>
            </w:r>
          </w:p>
        </w:tc>
      </w:tr>
      <w:tr w:rsidR="00604DC9" w:rsidRPr="00E7553C" w14:paraId="7E24AF70" w14:textId="77777777" w:rsidTr="79D7722B">
        <w:trPr>
          <w:trHeight w:val="1121"/>
        </w:trPr>
        <w:tc>
          <w:tcPr>
            <w:tcW w:w="2660" w:type="dxa"/>
          </w:tcPr>
          <w:p w14:paraId="0FBEDFDF" w14:textId="2D31B445" w:rsidR="00604DC9" w:rsidRPr="00E7553C" w:rsidRDefault="00604DC9" w:rsidP="00702610">
            <w:pPr>
              <w:jc w:val="both"/>
            </w:pPr>
            <w:r>
              <w:t xml:space="preserve">Equipo Asignado </w:t>
            </w:r>
            <w:r w:rsidR="006E709D">
              <w:t>P-</w:t>
            </w:r>
            <w:r>
              <w:t>SN:</w:t>
            </w:r>
          </w:p>
        </w:tc>
        <w:tc>
          <w:tcPr>
            <w:tcW w:w="6095" w:type="dxa"/>
            <w:vAlign w:val="center"/>
          </w:tcPr>
          <w:p w14:paraId="6F625DBB" w14:textId="6221D0ED" w:rsidR="003D061B" w:rsidRPr="007366FC" w:rsidRDefault="00EA7D23" w:rsidP="00E161F0">
            <w:r>
              <w:rPr>
                <w:b/>
                <w:bCs/>
              </w:rPr>
              <w:t>ONU:</w:t>
            </w:r>
            <w:r w:rsidR="007366FC">
              <w:rPr>
                <w:b/>
                <w:bCs/>
              </w:rPr>
              <w:t xml:space="preserve"> </w:t>
            </w:r>
            <w:r w:rsidR="00A870CF" w:rsidRPr="007366FC">
              <w:t>[</w:t>
            </w:r>
            <w:proofErr w:type="spellStart"/>
            <w:r w:rsidR="00A870CF">
              <w:t>SerialDispositivoONU</w:t>
            </w:r>
            <w:proofErr w:type="spellEnd"/>
            <w:r w:rsidR="00A870CF" w:rsidRPr="007366FC">
              <w:t>]</w:t>
            </w:r>
          </w:p>
          <w:p w14:paraId="289F30ED" w14:textId="6A534A2B" w:rsidR="003D061B" w:rsidRPr="00A24EF3" w:rsidRDefault="003D061B" w:rsidP="00E161F0">
            <w:pPr>
              <w:rPr>
                <w:b/>
                <w:bCs/>
              </w:rPr>
            </w:pPr>
            <w:r w:rsidRPr="79D7722B">
              <w:rPr>
                <w:b/>
                <w:bCs/>
              </w:rPr>
              <w:t xml:space="preserve">Caja Digital: </w:t>
            </w:r>
            <w:r w:rsidR="007366FC" w:rsidRPr="007366FC">
              <w:t>[</w:t>
            </w:r>
            <w:proofErr w:type="spellStart"/>
            <w:r w:rsidR="00A870CF">
              <w:t>CantidadCajasDigitales</w:t>
            </w:r>
            <w:proofErr w:type="spellEnd"/>
            <w:r w:rsidR="007366FC" w:rsidRPr="007366FC">
              <w:t>]</w:t>
            </w:r>
          </w:p>
        </w:tc>
      </w:tr>
      <w:tr w:rsidR="00747D39" w:rsidRPr="00E7553C" w14:paraId="7B227F76" w14:textId="77777777" w:rsidTr="79D7722B">
        <w:tc>
          <w:tcPr>
            <w:tcW w:w="2660" w:type="dxa"/>
          </w:tcPr>
          <w:p w14:paraId="6234D853" w14:textId="6FB3851C" w:rsidR="00747D39" w:rsidRPr="00E7553C" w:rsidRDefault="00DA764F" w:rsidP="00702610">
            <w:pPr>
              <w:jc w:val="both"/>
            </w:pPr>
            <w:r w:rsidRPr="00E7553C">
              <w:t>Correo electrónico</w:t>
            </w:r>
            <w:r w:rsidR="00E7553C" w:rsidRPr="00E7553C">
              <w:t>:</w:t>
            </w:r>
          </w:p>
        </w:tc>
        <w:tc>
          <w:tcPr>
            <w:tcW w:w="6095" w:type="dxa"/>
            <w:vAlign w:val="center"/>
          </w:tcPr>
          <w:p w14:paraId="205BC1B2" w14:textId="71AA09B8" w:rsidR="00747D39" w:rsidRPr="00E7553C" w:rsidRDefault="007366FC" w:rsidP="00E161F0">
            <w:r>
              <w:t>[</w:t>
            </w:r>
            <w:proofErr w:type="spellStart"/>
            <w:r>
              <w:t>ClienteCorreo</w:t>
            </w:r>
            <w:proofErr w:type="spellEnd"/>
            <w:r>
              <w:t>]</w:t>
            </w:r>
          </w:p>
        </w:tc>
      </w:tr>
    </w:tbl>
    <w:p w14:paraId="110A87D8" w14:textId="77777777" w:rsidR="00076FC9" w:rsidRDefault="00076FC9" w:rsidP="00076FC9"/>
    <w:p w14:paraId="7E684C76" w14:textId="7F2D0AE4" w:rsidR="003A5525" w:rsidRDefault="003A5525" w:rsidP="00076FC9">
      <w:r>
        <w:t>Fecha inicio</w:t>
      </w:r>
      <w:r w:rsidR="00030287">
        <w:t xml:space="preserve"> del contrato: </w:t>
      </w:r>
      <w:r w:rsidR="00076FC9">
        <w:t xml:space="preserve"> </w:t>
      </w:r>
      <w:r w:rsidR="00076FC9" w:rsidRPr="72C83B9B">
        <w:rPr>
          <w:u w:val="single"/>
        </w:rPr>
        <w:t>___</w:t>
      </w:r>
      <w:r w:rsidR="00A870CF">
        <w:rPr>
          <w:u w:val="single"/>
        </w:rPr>
        <w:t>[Fecha</w:t>
      </w:r>
      <w:r w:rsidR="00D352AA">
        <w:rPr>
          <w:u w:val="single"/>
        </w:rPr>
        <w:t>ActivacionCuenta</w:t>
      </w:r>
      <w:r w:rsidR="00A870CF">
        <w:rPr>
          <w:u w:val="single"/>
        </w:rPr>
        <w:t>]</w:t>
      </w:r>
      <w:r w:rsidR="00076FC9" w:rsidRPr="72C83B9B">
        <w:rPr>
          <w:u w:val="single"/>
        </w:rPr>
        <w:t>__________</w:t>
      </w:r>
      <w:r w:rsidR="108ED1F0" w:rsidRPr="72C83B9B">
        <w:rPr>
          <w:u w:val="single"/>
        </w:rPr>
        <w:t>______________________________</w:t>
      </w:r>
    </w:p>
    <w:p w14:paraId="4E665F8E" w14:textId="42D3AA50" w:rsidR="003A5525" w:rsidRDefault="003A5525" w:rsidP="003A5525">
      <w:pPr>
        <w:rPr>
          <w:u w:val="single"/>
        </w:rPr>
      </w:pPr>
      <w:r>
        <w:t xml:space="preserve">Fecha Fin del contrato: </w:t>
      </w:r>
      <w:r w:rsidR="00076FC9" w:rsidRPr="72C83B9B">
        <w:rPr>
          <w:u w:val="single"/>
        </w:rPr>
        <w:t>___</w:t>
      </w:r>
      <w:r w:rsidR="00D352AA">
        <w:rPr>
          <w:u w:val="single"/>
        </w:rPr>
        <w:t>[6mese_FechaActivacion]</w:t>
      </w:r>
      <w:r w:rsidR="00076FC9" w:rsidRPr="72C83B9B">
        <w:rPr>
          <w:u w:val="single"/>
        </w:rPr>
        <w:t>_______</w:t>
      </w:r>
      <w:r w:rsidR="7018983E" w:rsidRPr="72C83B9B">
        <w:rPr>
          <w:u w:val="single"/>
        </w:rPr>
        <w:t>______________________________</w:t>
      </w:r>
      <w:r w:rsidR="00076FC9" w:rsidRPr="72C83B9B">
        <w:rPr>
          <w:u w:val="single"/>
        </w:rPr>
        <w:t>_______</w:t>
      </w:r>
    </w:p>
    <w:p w14:paraId="7580BBBD" w14:textId="788AC303" w:rsidR="00747D39" w:rsidRPr="00BE2ACF" w:rsidRDefault="00DA764F" w:rsidP="00002370">
      <w:pPr>
        <w:pStyle w:val="Ttulo1"/>
        <w:spacing w:line="240" w:lineRule="auto"/>
        <w:jc w:val="both"/>
        <w:rPr>
          <w:color w:val="auto"/>
        </w:rPr>
      </w:pPr>
      <w:r w:rsidRPr="00BE2ACF">
        <w:rPr>
          <w:color w:val="auto"/>
        </w:rPr>
        <w:t>III. OBJETO DEL CONTRATO</w:t>
      </w:r>
    </w:p>
    <w:p w14:paraId="48C43C34" w14:textId="09D0605D" w:rsidR="003E7ABA" w:rsidRDefault="003E7ABA" w:rsidP="00002370">
      <w:pPr>
        <w:spacing w:line="240" w:lineRule="auto"/>
      </w:pPr>
      <w:r w:rsidRPr="003E7ABA">
        <w:t xml:space="preserve">EL PROVEEDOR se compromete a brindar al SUSCRIPTOR el servicio de acceso a internet mediante tecnología FTTH (Fiber </w:t>
      </w:r>
      <w:proofErr w:type="spellStart"/>
      <w:r w:rsidRPr="003E7ABA">
        <w:t>To</w:t>
      </w:r>
      <w:proofErr w:type="spellEnd"/>
      <w:r w:rsidRPr="003E7ABA">
        <w:t xml:space="preserve"> The Home), conforme al plan seleccionado</w:t>
      </w:r>
      <w:r w:rsidR="00CC492E">
        <w:t xml:space="preserve"> descrito a continuación.</w:t>
      </w:r>
    </w:p>
    <w:p w14:paraId="6A8A6388" w14:textId="5ACB6A92" w:rsidR="00747D39" w:rsidRDefault="00DA764F" w:rsidP="00002370">
      <w:pPr>
        <w:pStyle w:val="Ttulo1"/>
        <w:spacing w:line="240" w:lineRule="auto"/>
        <w:jc w:val="both"/>
        <w:rPr>
          <w:color w:val="auto"/>
        </w:rPr>
      </w:pPr>
      <w:r w:rsidRPr="00BE2ACF">
        <w:rPr>
          <w:color w:val="auto"/>
        </w:rPr>
        <w:lastRenderedPageBreak/>
        <w:t>IV. PLANES Y TARIFAS</w:t>
      </w:r>
    </w:p>
    <w:p w14:paraId="4353FE6E" w14:textId="56532AC3" w:rsidR="007C2DD3" w:rsidRPr="007C2DD3" w:rsidRDefault="007C2DD3" w:rsidP="001A37F6">
      <w:pPr>
        <w:spacing w:line="360" w:lineRule="auto"/>
      </w:pPr>
      <w:r w:rsidRPr="007C2DD3">
        <w:t>EL SUSCRIPTOR podrá contratar uno de los siguientes planes: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4726"/>
        <w:gridCol w:w="2126"/>
      </w:tblGrid>
      <w:tr w:rsidR="00E7553C" w:rsidRPr="00E7553C" w14:paraId="5D02ED1F" w14:textId="77777777" w:rsidTr="00F73B98">
        <w:trPr>
          <w:trHeight w:val="405"/>
        </w:trPr>
        <w:sdt>
          <w:sdtPr>
            <w:id w:val="543022573"/>
            <w14:checkbox>
              <w14:checked w14:val="0"/>
              <w14:checkedState w14:val="2612" w14:font="MS Gothic"/>
              <w14:uncheckedState w14:val="2610" w14:font="MS Gothic"/>
            </w14:checkbox>
          </w:sdtPr>
          <w:sdtContent>
            <w:tc>
              <w:tcPr>
                <w:tcW w:w="1903" w:type="dxa"/>
                <w:vAlign w:val="center"/>
              </w:tcPr>
              <w:p w14:paraId="08DC639D" w14:textId="78ACC398" w:rsidR="00E7553C" w:rsidRPr="00E7553C" w:rsidRDefault="00294560" w:rsidP="005D7C39">
                <w:pPr>
                  <w:jc w:val="center"/>
                </w:pPr>
                <w:r>
                  <w:rPr>
                    <w:rFonts w:ascii="MS Gothic" w:eastAsia="MS Gothic" w:hAnsi="MS Gothic" w:hint="eastAsia"/>
                  </w:rPr>
                  <w:t>☐</w:t>
                </w:r>
              </w:p>
            </w:tc>
          </w:sdtContent>
        </w:sdt>
        <w:tc>
          <w:tcPr>
            <w:tcW w:w="4726" w:type="dxa"/>
          </w:tcPr>
          <w:p w14:paraId="5A19534A" w14:textId="2739DEEA" w:rsidR="00E7553C" w:rsidRPr="00E7553C" w:rsidRDefault="71D7787D" w:rsidP="00702610">
            <w:pPr>
              <w:jc w:val="both"/>
            </w:pPr>
            <w:r>
              <w:t xml:space="preserve">Plan Internet </w:t>
            </w:r>
            <w:r w:rsidR="205177B9">
              <w:t>40 Mbps</w:t>
            </w:r>
          </w:p>
        </w:tc>
        <w:tc>
          <w:tcPr>
            <w:tcW w:w="2126" w:type="dxa"/>
          </w:tcPr>
          <w:p w14:paraId="189D1387" w14:textId="7B30BD50" w:rsidR="00E7553C" w:rsidRPr="00E7553C" w:rsidRDefault="205177B9" w:rsidP="00702610">
            <w:pPr>
              <w:jc w:val="both"/>
            </w:pPr>
            <w:r>
              <w:t xml:space="preserve">L </w:t>
            </w:r>
            <w:r w:rsidR="51E4BC4E">
              <w:t>600.00</w:t>
            </w:r>
          </w:p>
        </w:tc>
      </w:tr>
      <w:tr w:rsidR="00E7553C" w:rsidRPr="00E7553C" w14:paraId="2590FF12" w14:textId="77777777" w:rsidTr="00F73B98">
        <w:sdt>
          <w:sdtPr>
            <w:id w:val="-1171800274"/>
            <w14:checkbox>
              <w14:checked w14:val="0"/>
              <w14:checkedState w14:val="2612" w14:font="MS Gothic"/>
              <w14:uncheckedState w14:val="2610" w14:font="MS Gothic"/>
            </w14:checkbox>
          </w:sdtPr>
          <w:sdtContent>
            <w:tc>
              <w:tcPr>
                <w:tcW w:w="1903" w:type="dxa"/>
                <w:vAlign w:val="center"/>
              </w:tcPr>
              <w:p w14:paraId="5D8DB134" w14:textId="065E2F2F" w:rsidR="00E7553C" w:rsidRPr="00E7553C" w:rsidRDefault="00294560" w:rsidP="005D7C39">
                <w:pPr>
                  <w:jc w:val="center"/>
                </w:pPr>
                <w:r>
                  <w:rPr>
                    <w:rFonts w:ascii="MS Gothic" w:eastAsia="MS Gothic" w:hAnsi="MS Gothic" w:hint="eastAsia"/>
                  </w:rPr>
                  <w:t>☐</w:t>
                </w:r>
              </w:p>
            </w:tc>
          </w:sdtContent>
        </w:sdt>
        <w:tc>
          <w:tcPr>
            <w:tcW w:w="4726" w:type="dxa"/>
          </w:tcPr>
          <w:p w14:paraId="544F9840" w14:textId="60E7828B" w:rsidR="00E7553C" w:rsidRPr="00E7553C" w:rsidRDefault="2113EFBE" w:rsidP="00702610">
            <w:pPr>
              <w:jc w:val="both"/>
            </w:pPr>
            <w:r>
              <w:t xml:space="preserve">Plan Internet </w:t>
            </w:r>
            <w:r w:rsidR="360E4F1D">
              <w:t>5</w:t>
            </w:r>
            <w:r w:rsidR="205177B9">
              <w:t>0 Mbps</w:t>
            </w:r>
          </w:p>
        </w:tc>
        <w:tc>
          <w:tcPr>
            <w:tcW w:w="2126" w:type="dxa"/>
          </w:tcPr>
          <w:p w14:paraId="0C90AEDD" w14:textId="092E9B39" w:rsidR="00E7553C" w:rsidRPr="00E7553C" w:rsidRDefault="205177B9" w:rsidP="00702610">
            <w:pPr>
              <w:jc w:val="both"/>
            </w:pPr>
            <w:r>
              <w:t xml:space="preserve">L </w:t>
            </w:r>
            <w:r w:rsidR="1D9E27EE">
              <w:t>800</w:t>
            </w:r>
            <w:r w:rsidR="124B505D">
              <w:t>.00</w:t>
            </w:r>
          </w:p>
        </w:tc>
      </w:tr>
      <w:tr w:rsidR="00E7553C" w:rsidRPr="00E7553C" w14:paraId="6B3762E3" w14:textId="77777777" w:rsidTr="00F73B98">
        <w:sdt>
          <w:sdtPr>
            <w:id w:val="639614689"/>
            <w14:checkbox>
              <w14:checked w14:val="0"/>
              <w14:checkedState w14:val="2612" w14:font="MS Gothic"/>
              <w14:uncheckedState w14:val="2610" w14:font="MS Gothic"/>
            </w14:checkbox>
          </w:sdtPr>
          <w:sdtContent>
            <w:tc>
              <w:tcPr>
                <w:tcW w:w="1903" w:type="dxa"/>
                <w:vAlign w:val="center"/>
              </w:tcPr>
              <w:p w14:paraId="21468099" w14:textId="6FBECBB4" w:rsidR="00E7553C" w:rsidRPr="00E7553C" w:rsidRDefault="00294560" w:rsidP="005D7C39">
                <w:pPr>
                  <w:jc w:val="center"/>
                </w:pPr>
                <w:r>
                  <w:rPr>
                    <w:rFonts w:ascii="MS Gothic" w:eastAsia="MS Gothic" w:hAnsi="MS Gothic" w:hint="eastAsia"/>
                  </w:rPr>
                  <w:t>☐</w:t>
                </w:r>
              </w:p>
            </w:tc>
          </w:sdtContent>
        </w:sdt>
        <w:tc>
          <w:tcPr>
            <w:tcW w:w="4726" w:type="dxa"/>
          </w:tcPr>
          <w:p w14:paraId="46962483" w14:textId="5852F30B" w:rsidR="00E7553C" w:rsidRPr="00E7553C" w:rsidRDefault="00D78FC9" w:rsidP="00702610">
            <w:pPr>
              <w:jc w:val="both"/>
            </w:pPr>
            <w:r>
              <w:t xml:space="preserve">Plan Internet </w:t>
            </w:r>
            <w:r w:rsidR="360E4F1D">
              <w:t>6</w:t>
            </w:r>
            <w:r w:rsidR="205177B9">
              <w:t>0 Mbps</w:t>
            </w:r>
          </w:p>
        </w:tc>
        <w:tc>
          <w:tcPr>
            <w:tcW w:w="2126" w:type="dxa"/>
          </w:tcPr>
          <w:p w14:paraId="0903A0AB" w14:textId="09803337" w:rsidR="00E7553C" w:rsidRPr="00E7553C" w:rsidRDefault="205177B9" w:rsidP="00702610">
            <w:pPr>
              <w:jc w:val="both"/>
            </w:pPr>
            <w:r>
              <w:t xml:space="preserve">L </w:t>
            </w:r>
            <w:r w:rsidR="3A1B3A11">
              <w:t>1,000.00</w:t>
            </w:r>
          </w:p>
        </w:tc>
      </w:tr>
      <w:tr w:rsidR="175A84C6" w14:paraId="3087BEB6" w14:textId="77777777" w:rsidTr="00F73B98">
        <w:trPr>
          <w:trHeight w:val="300"/>
        </w:trPr>
        <w:tc>
          <w:tcPr>
            <w:tcW w:w="1903" w:type="dxa"/>
            <w:vAlign w:val="center"/>
          </w:tcPr>
          <w:sdt>
            <w:sdtPr>
              <w:id w:val="1230872532"/>
              <w14:checkbox>
                <w14:checked w14:val="0"/>
                <w14:checkedState w14:val="2612" w14:font="MS Gothic"/>
                <w14:uncheckedState w14:val="2610" w14:font="MS Gothic"/>
              </w14:checkbox>
            </w:sdtPr>
            <w:sdtContent>
              <w:p w14:paraId="15F796DF" w14:textId="6BA8C690" w:rsidR="04F0625F" w:rsidRDefault="00A220DD" w:rsidP="175A84C6">
                <w:pPr>
                  <w:jc w:val="center"/>
                </w:pPr>
                <w:r>
                  <w:rPr>
                    <w:rFonts w:ascii="MS Gothic" w:eastAsia="MS Gothic" w:hAnsi="MS Gothic" w:hint="eastAsia"/>
                  </w:rPr>
                  <w:t>☐</w:t>
                </w:r>
              </w:p>
            </w:sdtContent>
          </w:sdt>
        </w:tc>
        <w:tc>
          <w:tcPr>
            <w:tcW w:w="4726" w:type="dxa"/>
          </w:tcPr>
          <w:p w14:paraId="61C8C669" w14:textId="64F70D03" w:rsidR="04F0625F" w:rsidRDefault="04F0625F" w:rsidP="175A84C6">
            <w:pPr>
              <w:jc w:val="both"/>
            </w:pPr>
            <w:r>
              <w:t>Plan Conecta 40 Mbps</w:t>
            </w:r>
            <w:r w:rsidR="00C35C72">
              <w:t xml:space="preserve"> + TV</w:t>
            </w:r>
          </w:p>
        </w:tc>
        <w:tc>
          <w:tcPr>
            <w:tcW w:w="2126" w:type="dxa"/>
          </w:tcPr>
          <w:p w14:paraId="5DF13CAA" w14:textId="716DE4BC" w:rsidR="47BA9BD5" w:rsidRDefault="47BA9BD5" w:rsidP="175A84C6">
            <w:pPr>
              <w:jc w:val="both"/>
            </w:pPr>
            <w:r>
              <w:t>L 850.00</w:t>
            </w:r>
          </w:p>
        </w:tc>
      </w:tr>
      <w:tr w:rsidR="175A84C6" w14:paraId="754E218B" w14:textId="77777777" w:rsidTr="00F73B98">
        <w:trPr>
          <w:trHeight w:val="300"/>
        </w:trPr>
        <w:tc>
          <w:tcPr>
            <w:tcW w:w="1903" w:type="dxa"/>
            <w:vAlign w:val="center"/>
          </w:tcPr>
          <w:sdt>
            <w:sdtPr>
              <w:id w:val="834438462"/>
              <w14:checkbox>
                <w14:checked w14:val="0"/>
                <w14:checkedState w14:val="2612" w14:font="MS Gothic"/>
                <w14:uncheckedState w14:val="2610" w14:font="MS Gothic"/>
              </w14:checkbox>
            </w:sdtPr>
            <w:sdtContent>
              <w:p w14:paraId="6F18D388" w14:textId="39B369AE" w:rsidR="04F0625F" w:rsidRDefault="004426D6" w:rsidP="175A84C6">
                <w:pPr>
                  <w:jc w:val="center"/>
                </w:pPr>
                <w:r>
                  <w:rPr>
                    <w:rFonts w:ascii="MS Gothic" w:eastAsia="MS Gothic" w:hAnsi="MS Gothic" w:hint="eastAsia"/>
                  </w:rPr>
                  <w:t>☐</w:t>
                </w:r>
              </w:p>
            </w:sdtContent>
          </w:sdt>
        </w:tc>
        <w:tc>
          <w:tcPr>
            <w:tcW w:w="4726" w:type="dxa"/>
          </w:tcPr>
          <w:p w14:paraId="249B5E0E" w14:textId="033A66AB" w:rsidR="04F0625F" w:rsidRPr="00EC6FD4" w:rsidRDefault="04F0625F" w:rsidP="175A84C6">
            <w:pPr>
              <w:jc w:val="both"/>
              <w:rPr>
                <w:lang w:val="en-US"/>
              </w:rPr>
            </w:pPr>
            <w:r w:rsidRPr="00EC6FD4">
              <w:rPr>
                <w:lang w:val="en-US"/>
              </w:rPr>
              <w:t>Plan Plus 50 Mbps</w:t>
            </w:r>
            <w:r w:rsidR="49164F11" w:rsidRPr="00EC6FD4">
              <w:rPr>
                <w:lang w:val="en-US"/>
              </w:rPr>
              <w:t xml:space="preserve"> + TV</w:t>
            </w:r>
            <w:r w:rsidR="00EC6FD4" w:rsidRPr="00EC6FD4">
              <w:rPr>
                <w:lang w:val="en-US"/>
              </w:rPr>
              <w:t xml:space="preserve"> + C</w:t>
            </w:r>
            <w:r w:rsidR="00EC6FD4">
              <w:rPr>
                <w:lang w:val="en-US"/>
              </w:rPr>
              <w:t>aja Digital</w:t>
            </w:r>
          </w:p>
        </w:tc>
        <w:tc>
          <w:tcPr>
            <w:tcW w:w="2126" w:type="dxa"/>
          </w:tcPr>
          <w:p w14:paraId="674BB0D3" w14:textId="16965495" w:rsidR="4F3FBDA7" w:rsidRDefault="4F3FBDA7" w:rsidP="175A84C6">
            <w:pPr>
              <w:jc w:val="both"/>
            </w:pPr>
            <w:r>
              <w:t>L 1,050.00</w:t>
            </w:r>
          </w:p>
        </w:tc>
      </w:tr>
      <w:tr w:rsidR="175A84C6" w14:paraId="40A9E823" w14:textId="77777777" w:rsidTr="00F73B98">
        <w:trPr>
          <w:trHeight w:val="300"/>
        </w:trPr>
        <w:tc>
          <w:tcPr>
            <w:tcW w:w="1903" w:type="dxa"/>
            <w:vAlign w:val="center"/>
          </w:tcPr>
          <w:sdt>
            <w:sdtPr>
              <w:id w:val="911697915"/>
              <w14:checkbox>
                <w14:checked w14:val="0"/>
                <w14:checkedState w14:val="2612" w14:font="MS Gothic"/>
                <w14:uncheckedState w14:val="2610" w14:font="MS Gothic"/>
              </w14:checkbox>
            </w:sdtPr>
            <w:sdtContent>
              <w:p w14:paraId="4F274893" w14:textId="448E4C5F" w:rsidR="04F0625F" w:rsidRDefault="00EB6FE6" w:rsidP="175A84C6">
                <w:pPr>
                  <w:jc w:val="center"/>
                </w:pPr>
                <w:r>
                  <w:rPr>
                    <w:rFonts w:ascii="MS Gothic" w:eastAsia="MS Gothic" w:hAnsi="MS Gothic" w:hint="eastAsia"/>
                  </w:rPr>
                  <w:t>☐</w:t>
                </w:r>
              </w:p>
            </w:sdtContent>
          </w:sdt>
        </w:tc>
        <w:tc>
          <w:tcPr>
            <w:tcW w:w="4726" w:type="dxa"/>
          </w:tcPr>
          <w:p w14:paraId="5A4E8C65" w14:textId="0A353E45" w:rsidR="04F0625F" w:rsidRDefault="04F0625F" w:rsidP="175A84C6">
            <w:pPr>
              <w:jc w:val="both"/>
            </w:pPr>
            <w:r>
              <w:t>Plan Ultra 60 Mbps</w:t>
            </w:r>
            <w:r w:rsidR="5C61D744">
              <w:t xml:space="preserve"> + TV</w:t>
            </w:r>
            <w:r w:rsidR="00EC6FD4">
              <w:t xml:space="preserve"> + Caja digital</w:t>
            </w:r>
          </w:p>
        </w:tc>
        <w:tc>
          <w:tcPr>
            <w:tcW w:w="2126" w:type="dxa"/>
          </w:tcPr>
          <w:p w14:paraId="63227AFA" w14:textId="1136AD1D" w:rsidR="235667DD" w:rsidRDefault="235667DD" w:rsidP="175A84C6">
            <w:pPr>
              <w:jc w:val="both"/>
            </w:pPr>
            <w:r>
              <w:t>L 1,250.00</w:t>
            </w:r>
          </w:p>
        </w:tc>
      </w:tr>
      <w:tr w:rsidR="00D9528F" w14:paraId="5009C5C4" w14:textId="77777777" w:rsidTr="00F73B98">
        <w:trPr>
          <w:trHeight w:val="300"/>
        </w:trPr>
        <w:tc>
          <w:tcPr>
            <w:tcW w:w="1903" w:type="dxa"/>
            <w:vAlign w:val="center"/>
          </w:tcPr>
          <w:p w14:paraId="277BEAD2" w14:textId="6BA7F48A" w:rsidR="00087BC1" w:rsidRDefault="00087BC1" w:rsidP="00087BC1">
            <w:pPr>
              <w:jc w:val="center"/>
            </w:pPr>
            <w:r>
              <w:t>☐</w:t>
            </w:r>
          </w:p>
        </w:tc>
        <w:tc>
          <w:tcPr>
            <w:tcW w:w="4726" w:type="dxa"/>
          </w:tcPr>
          <w:p w14:paraId="57EC4EA8" w14:textId="0F45D8D5" w:rsidR="00D9528F" w:rsidRPr="00DD7451" w:rsidRDefault="00EC6172" w:rsidP="175A84C6">
            <w:pPr>
              <w:jc w:val="both"/>
              <w:rPr>
                <w:lang w:val="en-US"/>
              </w:rPr>
            </w:pPr>
            <w:r w:rsidRPr="00DD7451">
              <w:rPr>
                <w:lang w:val="en-US"/>
              </w:rPr>
              <w:t xml:space="preserve">Plan </w:t>
            </w:r>
            <w:r w:rsidR="003D1FC4" w:rsidRPr="00DD7451">
              <w:rPr>
                <w:lang w:val="en-US"/>
              </w:rPr>
              <w:t xml:space="preserve">Empresarial 120 Mbps + </w:t>
            </w:r>
            <w:r w:rsidR="00AD3690" w:rsidRPr="00DD7451">
              <w:rPr>
                <w:lang w:val="en-US"/>
              </w:rPr>
              <w:t xml:space="preserve">TV + </w:t>
            </w:r>
            <w:proofErr w:type="spellStart"/>
            <w:r w:rsidR="00AD3690" w:rsidRPr="00DD7451">
              <w:rPr>
                <w:lang w:val="en-US"/>
              </w:rPr>
              <w:t>Acces</w:t>
            </w:r>
            <w:proofErr w:type="spellEnd"/>
            <w:r w:rsidR="00AD3690" w:rsidRPr="00DD7451">
              <w:rPr>
                <w:lang w:val="en-US"/>
              </w:rPr>
              <w:t xml:space="preserve"> Point + Router</w:t>
            </w:r>
          </w:p>
        </w:tc>
        <w:tc>
          <w:tcPr>
            <w:tcW w:w="2126" w:type="dxa"/>
          </w:tcPr>
          <w:p w14:paraId="1F92711A" w14:textId="7667AC2D" w:rsidR="00D9528F" w:rsidRDefault="00AD3690" w:rsidP="175A84C6">
            <w:pPr>
              <w:jc w:val="both"/>
            </w:pPr>
            <w:r>
              <w:t>L 2,000.00</w:t>
            </w:r>
            <w:r w:rsidR="00323DD6">
              <w:t xml:space="preserve"> + ISV</w:t>
            </w:r>
          </w:p>
        </w:tc>
      </w:tr>
    </w:tbl>
    <w:p w14:paraId="37E70C37" w14:textId="41CC5BAC" w:rsidR="00747D39" w:rsidRPr="00E151DD" w:rsidRDefault="00DA764F" w:rsidP="002124B1">
      <w:pPr>
        <w:pStyle w:val="Ttulo1"/>
        <w:spacing w:line="360" w:lineRule="auto"/>
        <w:jc w:val="both"/>
        <w:rPr>
          <w:color w:val="auto"/>
        </w:rPr>
      </w:pPr>
      <w:r w:rsidRPr="00BE2ACF">
        <w:rPr>
          <w:color w:val="auto"/>
        </w:rPr>
        <w:t>V. FORMA DE PAGO</w:t>
      </w:r>
    </w:p>
    <w:p w14:paraId="58032148" w14:textId="77777777" w:rsidR="00AB3465" w:rsidRPr="00AB3465" w:rsidRDefault="00AB3465" w:rsidP="002124B1">
      <w:pPr>
        <w:numPr>
          <w:ilvl w:val="0"/>
          <w:numId w:val="14"/>
        </w:numPr>
        <w:spacing w:line="360" w:lineRule="auto"/>
        <w:jc w:val="both"/>
      </w:pPr>
      <w:r w:rsidRPr="00AB3465">
        <w:t xml:space="preserve">El servicio se paga de forma </w:t>
      </w:r>
      <w:r w:rsidRPr="00AB3465">
        <w:rPr>
          <w:b/>
          <w:bCs/>
        </w:rPr>
        <w:t>mensual anticipada</w:t>
      </w:r>
      <w:r w:rsidRPr="00AB3465">
        <w:t xml:space="preserve">. </w:t>
      </w:r>
    </w:p>
    <w:p w14:paraId="0B209B74" w14:textId="379384ED" w:rsidR="00AB3465" w:rsidRPr="00AB3465" w:rsidRDefault="00AB3465" w:rsidP="002124B1">
      <w:pPr>
        <w:numPr>
          <w:ilvl w:val="0"/>
          <w:numId w:val="14"/>
        </w:numPr>
        <w:spacing w:line="360" w:lineRule="auto"/>
        <w:jc w:val="both"/>
      </w:pPr>
      <w:r w:rsidRPr="00AB3465">
        <w:t xml:space="preserve">El pago del servicio deberá realizarse </w:t>
      </w:r>
      <w:r w:rsidRPr="00AB3465">
        <w:rPr>
          <w:b/>
          <w:bCs/>
        </w:rPr>
        <w:t>a más tardar dentro de los primeros cinco (5) días calendario de cada mes</w:t>
      </w:r>
      <w:r w:rsidRPr="00AB3465">
        <w:t>.</w:t>
      </w:r>
    </w:p>
    <w:p w14:paraId="7CF871E0" w14:textId="77777777" w:rsidR="00AB3465" w:rsidRPr="00AB3465" w:rsidRDefault="00AB3465" w:rsidP="002124B1">
      <w:pPr>
        <w:numPr>
          <w:ilvl w:val="0"/>
          <w:numId w:val="14"/>
        </w:numPr>
        <w:spacing w:line="360" w:lineRule="auto"/>
        <w:jc w:val="both"/>
      </w:pPr>
      <w:r w:rsidRPr="00AB3465">
        <w:t xml:space="preserve">El corte automático del servicio se realizará el </w:t>
      </w:r>
      <w:r w:rsidRPr="00AB3465">
        <w:rPr>
          <w:b/>
          <w:bCs/>
        </w:rPr>
        <w:t>día 06 de cada mes</w:t>
      </w:r>
      <w:r w:rsidRPr="00AB3465">
        <w:t xml:space="preserve"> en caso de no haberse confirmado el pago correspondiente. </w:t>
      </w:r>
    </w:p>
    <w:p w14:paraId="62359C2E" w14:textId="77777777" w:rsidR="00AB3465" w:rsidRPr="00AB3465" w:rsidRDefault="00AB3465" w:rsidP="002124B1">
      <w:pPr>
        <w:numPr>
          <w:ilvl w:val="0"/>
          <w:numId w:val="14"/>
        </w:numPr>
        <w:spacing w:line="360" w:lineRule="auto"/>
        <w:jc w:val="both"/>
      </w:pPr>
      <w:r w:rsidRPr="00AB3465">
        <w:t xml:space="preserve">El pago deberá realizarse exclusivamente mediante </w:t>
      </w:r>
      <w:r w:rsidRPr="00AB3465">
        <w:rPr>
          <w:b/>
          <w:bCs/>
        </w:rPr>
        <w:t>transferencia bancaria</w:t>
      </w:r>
      <w:r w:rsidRPr="00AB3465">
        <w:t xml:space="preserve"> a las cuentas oficiales de </w:t>
      </w:r>
      <w:r w:rsidRPr="00AB3465">
        <w:rPr>
          <w:b/>
          <w:bCs/>
        </w:rPr>
        <w:t>MG TECHNOLOGY S. de R.L.</w:t>
      </w:r>
      <w:r w:rsidRPr="00AB3465">
        <w:t xml:space="preserve">: </w:t>
      </w:r>
    </w:p>
    <w:p w14:paraId="3DB569A7" w14:textId="77777777" w:rsidR="00AB3465" w:rsidRPr="00AB3465" w:rsidRDefault="00AB3465" w:rsidP="002124B1">
      <w:pPr>
        <w:spacing w:line="360" w:lineRule="auto"/>
        <w:jc w:val="both"/>
      </w:pPr>
      <w:r w:rsidRPr="00AB3465">
        <w:rPr>
          <w:b/>
          <w:bCs/>
        </w:rPr>
        <w:t>Cuenta en Lempiras (LPS):</w:t>
      </w:r>
    </w:p>
    <w:p w14:paraId="73A2F672" w14:textId="2E644885" w:rsidR="00AB3465" w:rsidRPr="00AB3465" w:rsidRDefault="00AB3465" w:rsidP="002124B1">
      <w:pPr>
        <w:numPr>
          <w:ilvl w:val="0"/>
          <w:numId w:val="15"/>
        </w:numPr>
        <w:spacing w:line="360" w:lineRule="auto"/>
        <w:jc w:val="both"/>
      </w:pPr>
      <w:r w:rsidRPr="00AB3465">
        <w:t>Banco</w:t>
      </w:r>
      <w:r>
        <w:t xml:space="preserve"> del País</w:t>
      </w:r>
      <w:r w:rsidRPr="00AB3465">
        <w:t xml:space="preserve"> </w:t>
      </w:r>
      <w:r>
        <w:t>(</w:t>
      </w:r>
      <w:proofErr w:type="spellStart"/>
      <w:r>
        <w:t>BanPais</w:t>
      </w:r>
      <w:proofErr w:type="spellEnd"/>
      <w:r>
        <w:t xml:space="preserve">) </w:t>
      </w:r>
      <w:r w:rsidRPr="00AB3465">
        <w:t xml:space="preserve">/ Cuenta: </w:t>
      </w:r>
      <w:r w:rsidRPr="00AB3465">
        <w:rPr>
          <w:b/>
          <w:bCs/>
        </w:rPr>
        <w:t>216270019803</w:t>
      </w:r>
      <w:r w:rsidRPr="00AB3465">
        <w:t xml:space="preserve"> </w:t>
      </w:r>
    </w:p>
    <w:p w14:paraId="4DD557E4" w14:textId="77777777" w:rsidR="00AB3465" w:rsidRPr="00AB3465" w:rsidRDefault="00AB3465" w:rsidP="002124B1">
      <w:pPr>
        <w:numPr>
          <w:ilvl w:val="0"/>
          <w:numId w:val="15"/>
        </w:numPr>
        <w:spacing w:line="360" w:lineRule="auto"/>
        <w:jc w:val="both"/>
      </w:pPr>
      <w:r w:rsidRPr="00AB3465">
        <w:t xml:space="preserve">Titular: </w:t>
      </w:r>
      <w:r w:rsidRPr="00AB3465">
        <w:rPr>
          <w:b/>
          <w:bCs/>
        </w:rPr>
        <w:t>MG TECHNOLOGY SOCIEDAD DE RESPONSABILIDAD LIMITADA</w:t>
      </w:r>
      <w:r w:rsidRPr="00AB3465">
        <w:t xml:space="preserve"> </w:t>
      </w:r>
    </w:p>
    <w:p w14:paraId="0C99B600" w14:textId="77777777" w:rsidR="00AB3465" w:rsidRPr="00AB3465" w:rsidRDefault="00AB3465" w:rsidP="002124B1">
      <w:pPr>
        <w:numPr>
          <w:ilvl w:val="0"/>
          <w:numId w:val="15"/>
        </w:numPr>
        <w:spacing w:line="360" w:lineRule="auto"/>
        <w:jc w:val="both"/>
      </w:pPr>
      <w:r w:rsidRPr="00AB3465">
        <w:t xml:space="preserve">Tipo de cuenta: </w:t>
      </w:r>
      <w:r w:rsidRPr="00AB3465">
        <w:rPr>
          <w:b/>
          <w:bCs/>
        </w:rPr>
        <w:t>Cuenta de Ahorro en Lempiras</w:t>
      </w:r>
      <w:r w:rsidRPr="00AB3465">
        <w:t xml:space="preserve"> </w:t>
      </w:r>
    </w:p>
    <w:p w14:paraId="7F638631" w14:textId="77777777" w:rsidR="00AB3465" w:rsidRPr="00AB3465" w:rsidRDefault="00AB3465" w:rsidP="002124B1">
      <w:pPr>
        <w:numPr>
          <w:ilvl w:val="0"/>
          <w:numId w:val="16"/>
        </w:numPr>
        <w:spacing w:line="360" w:lineRule="auto"/>
        <w:jc w:val="both"/>
      </w:pPr>
      <w:r w:rsidRPr="00AB3465">
        <w:t xml:space="preserve">Los comprobantes de pago deberán ser enviados al número de verificación: </w:t>
      </w:r>
      <w:r w:rsidRPr="00AB3465">
        <w:rPr>
          <w:b/>
          <w:bCs/>
        </w:rPr>
        <w:t>8891-5430</w:t>
      </w:r>
      <w:r w:rsidRPr="00AB3465">
        <w:t xml:space="preserve">, para su validación y aplicación al servicio. </w:t>
      </w:r>
    </w:p>
    <w:p w14:paraId="281FF811" w14:textId="77777777" w:rsidR="00AB3465" w:rsidRPr="00AB3465" w:rsidRDefault="00AB3465" w:rsidP="002124B1">
      <w:pPr>
        <w:numPr>
          <w:ilvl w:val="0"/>
          <w:numId w:val="16"/>
        </w:numPr>
        <w:spacing w:line="360" w:lineRule="auto"/>
        <w:jc w:val="both"/>
      </w:pPr>
      <w:r w:rsidRPr="00AB3465">
        <w:lastRenderedPageBreak/>
        <w:t xml:space="preserve">El SUSCRIPTOR deberá asegurarse de que el pago sea confirmado para evitar la suspensión del servicio. </w:t>
      </w:r>
    </w:p>
    <w:p w14:paraId="09C6EE80" w14:textId="302BE220" w:rsidR="002124B1" w:rsidRPr="00AB3465" w:rsidRDefault="00AB3465" w:rsidP="00BE5B12">
      <w:pPr>
        <w:numPr>
          <w:ilvl w:val="0"/>
          <w:numId w:val="16"/>
        </w:numPr>
        <w:spacing w:line="360" w:lineRule="auto"/>
        <w:jc w:val="both"/>
      </w:pPr>
      <w:r w:rsidRPr="00AB3465">
        <w:t xml:space="preserve">La reconexión del servicio suspendido por falta de pago tendrá un costo de </w:t>
      </w:r>
      <w:r w:rsidRPr="00AB3465">
        <w:rPr>
          <w:b/>
          <w:bCs/>
        </w:rPr>
        <w:t>L 300.00 (trescientos lempiras exactos)</w:t>
      </w:r>
      <w:r w:rsidRPr="00AB3465">
        <w:t>.</w:t>
      </w:r>
    </w:p>
    <w:p w14:paraId="4A2600AC" w14:textId="77777777" w:rsidR="00747D39" w:rsidRPr="00BE2ACF" w:rsidRDefault="00DA764F" w:rsidP="002124B1">
      <w:pPr>
        <w:pStyle w:val="Ttulo1"/>
        <w:spacing w:line="360" w:lineRule="auto"/>
        <w:jc w:val="both"/>
        <w:rPr>
          <w:color w:val="auto"/>
        </w:rPr>
      </w:pPr>
      <w:r w:rsidRPr="00BE2ACF">
        <w:rPr>
          <w:color w:val="auto"/>
        </w:rPr>
        <w:t>VI. EQUIPOS</w:t>
      </w:r>
    </w:p>
    <w:p w14:paraId="40EECB80" w14:textId="77777777" w:rsidR="00557B9B" w:rsidRDefault="00557B9B" w:rsidP="002124B1">
      <w:pPr>
        <w:pStyle w:val="Prrafodelista"/>
        <w:numPr>
          <w:ilvl w:val="0"/>
          <w:numId w:val="13"/>
        </w:numPr>
        <w:spacing w:line="360" w:lineRule="auto"/>
        <w:jc w:val="both"/>
      </w:pPr>
      <w:r>
        <w:t>EL PROVEEDOR realizará la instalación del servicio FTTH.</w:t>
      </w:r>
    </w:p>
    <w:p w14:paraId="2401B25D" w14:textId="77777777" w:rsidR="00557B9B" w:rsidRDefault="00557B9B" w:rsidP="002124B1">
      <w:pPr>
        <w:pStyle w:val="Prrafodelista"/>
        <w:numPr>
          <w:ilvl w:val="0"/>
          <w:numId w:val="13"/>
        </w:numPr>
        <w:spacing w:line="360" w:lineRule="auto"/>
        <w:jc w:val="both"/>
      </w:pPr>
      <w:r>
        <w:t xml:space="preserve">Todos los equipos instalados (ONT, </w:t>
      </w:r>
      <w:proofErr w:type="spellStart"/>
      <w:r>
        <w:t>router</w:t>
      </w:r>
      <w:proofErr w:type="spellEnd"/>
      <w:r>
        <w:t>, fibra, accesorios y cualquier dispositivo asociado) son propiedad exclusiva de MG TECHNOLOGY.</w:t>
      </w:r>
    </w:p>
    <w:p w14:paraId="7024617D" w14:textId="77777777" w:rsidR="00557B9B" w:rsidRDefault="00557B9B" w:rsidP="002124B1">
      <w:pPr>
        <w:pStyle w:val="Prrafodelista"/>
        <w:numPr>
          <w:ilvl w:val="0"/>
          <w:numId w:val="13"/>
        </w:numPr>
        <w:spacing w:line="360" w:lineRule="auto"/>
        <w:jc w:val="both"/>
      </w:pPr>
      <w:r>
        <w:t>El SUSCRIPTOR se compromete a cuidar los equipos instalados.</w:t>
      </w:r>
    </w:p>
    <w:p w14:paraId="3EBCF218" w14:textId="77777777" w:rsidR="00557B9B" w:rsidRDefault="00557B9B" w:rsidP="002124B1">
      <w:pPr>
        <w:pStyle w:val="Prrafodelista"/>
        <w:numPr>
          <w:ilvl w:val="0"/>
          <w:numId w:val="13"/>
        </w:numPr>
        <w:spacing w:line="360" w:lineRule="auto"/>
        <w:jc w:val="both"/>
      </w:pPr>
      <w:r>
        <w:t>En caso de cancelación del servicio, los equipos deberán ser devueltos.</w:t>
      </w:r>
    </w:p>
    <w:p w14:paraId="2D9177EC" w14:textId="71A05BF5" w:rsidR="00557B9B" w:rsidRPr="00E7553C" w:rsidRDefault="00557B9B" w:rsidP="002124B1">
      <w:pPr>
        <w:pStyle w:val="Prrafodelista"/>
        <w:numPr>
          <w:ilvl w:val="0"/>
          <w:numId w:val="13"/>
        </w:numPr>
        <w:spacing w:line="360" w:lineRule="auto"/>
        <w:jc w:val="both"/>
      </w:pPr>
      <w:r>
        <w:t>Daños, pérdida o manipulación indebida serán responsabilidad del SUSCRIPTOR y podrán ser cobrados.</w:t>
      </w:r>
    </w:p>
    <w:p w14:paraId="77F13641" w14:textId="77777777" w:rsidR="00747D39" w:rsidRDefault="00DA764F" w:rsidP="002124B1">
      <w:pPr>
        <w:pStyle w:val="Ttulo1"/>
        <w:spacing w:line="360" w:lineRule="auto"/>
        <w:jc w:val="both"/>
        <w:rPr>
          <w:color w:val="auto"/>
        </w:rPr>
      </w:pPr>
      <w:r w:rsidRPr="00BE2ACF">
        <w:rPr>
          <w:color w:val="auto"/>
        </w:rPr>
        <w:t>VII. PERMANENCIA</w:t>
      </w:r>
    </w:p>
    <w:p w14:paraId="2BD2F837" w14:textId="77777777" w:rsidR="00702610" w:rsidRDefault="00702610" w:rsidP="002124B1">
      <w:pPr>
        <w:pStyle w:val="Prrafodelista"/>
        <w:numPr>
          <w:ilvl w:val="0"/>
          <w:numId w:val="10"/>
        </w:numPr>
        <w:spacing w:line="360" w:lineRule="auto"/>
        <w:jc w:val="both"/>
      </w:pPr>
      <w:r>
        <w:t>El presente contrato tiene una permanencia mínima obligatoria de seis (6) meses.</w:t>
      </w:r>
    </w:p>
    <w:p w14:paraId="57892B06" w14:textId="77777777" w:rsidR="00702610" w:rsidRDefault="00702610" w:rsidP="002124B1">
      <w:pPr>
        <w:pStyle w:val="Prrafodelista"/>
        <w:numPr>
          <w:ilvl w:val="0"/>
          <w:numId w:val="10"/>
        </w:numPr>
        <w:spacing w:line="360" w:lineRule="auto"/>
        <w:jc w:val="both"/>
      </w:pPr>
      <w:r>
        <w:t>Durante este periodo, el SUSCRIPTOR se compromete a mantener activo el servicio.</w:t>
      </w:r>
    </w:p>
    <w:p w14:paraId="4444653D" w14:textId="77777777" w:rsidR="00702610" w:rsidRDefault="00702610" w:rsidP="002124B1">
      <w:pPr>
        <w:pStyle w:val="Prrafodelista"/>
        <w:numPr>
          <w:ilvl w:val="0"/>
          <w:numId w:val="10"/>
        </w:numPr>
        <w:spacing w:line="360" w:lineRule="auto"/>
        <w:jc w:val="both"/>
      </w:pPr>
      <w:r>
        <w:t>La cancelación anticipada podrá generar cargos administrativos o de instalación, según corresponda.</w:t>
      </w:r>
    </w:p>
    <w:p w14:paraId="7F21312A" w14:textId="0EECA9C2" w:rsidR="00702610" w:rsidRPr="00702610" w:rsidRDefault="00702610" w:rsidP="002124B1">
      <w:pPr>
        <w:pStyle w:val="Prrafodelista"/>
        <w:numPr>
          <w:ilvl w:val="0"/>
          <w:numId w:val="10"/>
        </w:numPr>
        <w:spacing w:line="360" w:lineRule="auto"/>
        <w:jc w:val="both"/>
      </w:pPr>
      <w:r>
        <w:t>Cumplido el periodo inicial de seis (6) meses, el contrato se renovará automáticamente por periodos iguales de seis (6) meses, salvo aviso previo de un (1) mes de anticipación de cancelación por cualquiera de las partes.</w:t>
      </w:r>
    </w:p>
    <w:p w14:paraId="5D84B542" w14:textId="77777777" w:rsidR="00747D39" w:rsidRPr="00BE2ACF" w:rsidRDefault="00DA764F" w:rsidP="002124B1">
      <w:pPr>
        <w:pStyle w:val="Ttulo1"/>
        <w:spacing w:line="360" w:lineRule="auto"/>
        <w:jc w:val="both"/>
        <w:rPr>
          <w:color w:val="auto"/>
        </w:rPr>
      </w:pPr>
      <w:r w:rsidRPr="00BE2ACF">
        <w:rPr>
          <w:color w:val="auto"/>
        </w:rPr>
        <w:t>VIII. SUSPENSIÓN Y CANCELACIÓN</w:t>
      </w:r>
    </w:p>
    <w:p w14:paraId="057681FA" w14:textId="77777777" w:rsidR="00EE066D" w:rsidRDefault="00EE066D" w:rsidP="002124B1">
      <w:pPr>
        <w:pStyle w:val="Prrafodelista"/>
        <w:numPr>
          <w:ilvl w:val="0"/>
          <w:numId w:val="12"/>
        </w:numPr>
        <w:spacing w:line="360" w:lineRule="auto"/>
        <w:jc w:val="both"/>
      </w:pPr>
      <w:r>
        <w:t>El servicio podrá ser suspendido por falta de pago.</w:t>
      </w:r>
    </w:p>
    <w:p w14:paraId="2E64FC82" w14:textId="77777777" w:rsidR="00EE066D" w:rsidRDefault="00EE066D" w:rsidP="002124B1">
      <w:pPr>
        <w:pStyle w:val="Prrafodelista"/>
        <w:numPr>
          <w:ilvl w:val="0"/>
          <w:numId w:val="12"/>
        </w:numPr>
        <w:spacing w:line="360" w:lineRule="auto"/>
        <w:jc w:val="both"/>
      </w:pPr>
      <w:r>
        <w:t>El atraso de más de 30 días podrá generar suspensión del servicio.</w:t>
      </w:r>
    </w:p>
    <w:p w14:paraId="09CF3AFF" w14:textId="7337D2E7" w:rsidR="00EE066D" w:rsidRPr="00E7553C" w:rsidRDefault="00EE066D" w:rsidP="002124B1">
      <w:pPr>
        <w:pStyle w:val="Prrafodelista"/>
        <w:numPr>
          <w:ilvl w:val="0"/>
          <w:numId w:val="12"/>
        </w:numPr>
        <w:spacing w:line="360" w:lineRule="auto"/>
        <w:jc w:val="both"/>
      </w:pPr>
      <w:r>
        <w:t>El atraso de dos (2) meses consecutivos será motivo de cancelación del contrato y retiro del servicio, incluyendo recuperación de equipos.</w:t>
      </w:r>
    </w:p>
    <w:p w14:paraId="46275463" w14:textId="77777777" w:rsidR="00747D39" w:rsidRDefault="00DA764F" w:rsidP="002124B1">
      <w:pPr>
        <w:pStyle w:val="Ttulo1"/>
        <w:spacing w:line="360" w:lineRule="auto"/>
        <w:jc w:val="both"/>
        <w:rPr>
          <w:color w:val="auto"/>
        </w:rPr>
      </w:pPr>
      <w:r w:rsidRPr="00747858">
        <w:rPr>
          <w:color w:val="auto"/>
        </w:rPr>
        <w:lastRenderedPageBreak/>
        <w:t>IX. USO</w:t>
      </w:r>
    </w:p>
    <w:p w14:paraId="67D7F528" w14:textId="77777777" w:rsidR="00787302" w:rsidRDefault="00787302" w:rsidP="002124B1">
      <w:pPr>
        <w:pStyle w:val="Prrafodelista"/>
        <w:numPr>
          <w:ilvl w:val="0"/>
          <w:numId w:val="11"/>
        </w:numPr>
        <w:spacing w:line="360" w:lineRule="auto"/>
      </w:pPr>
      <w:r>
        <w:t>El servicio es de uso residencial o comercial según lo contratado.</w:t>
      </w:r>
    </w:p>
    <w:p w14:paraId="33839240" w14:textId="62E4DB9E" w:rsidR="00787302" w:rsidRPr="00787302" w:rsidRDefault="00787302" w:rsidP="002124B1">
      <w:pPr>
        <w:pStyle w:val="Prrafodelista"/>
        <w:numPr>
          <w:ilvl w:val="0"/>
          <w:numId w:val="11"/>
        </w:numPr>
        <w:spacing w:line="360" w:lineRule="auto"/>
      </w:pPr>
      <w:r>
        <w:t>Queda prohibido revender, redistribuir o compartir el servicio sin autorización del PROVEEDOR.</w:t>
      </w:r>
    </w:p>
    <w:p w14:paraId="5C3B5EEF" w14:textId="77777777" w:rsidR="00747D39" w:rsidRPr="00747858" w:rsidRDefault="00DA764F" w:rsidP="002124B1">
      <w:pPr>
        <w:pStyle w:val="Ttulo1"/>
        <w:spacing w:line="360" w:lineRule="auto"/>
        <w:jc w:val="both"/>
        <w:rPr>
          <w:color w:val="auto"/>
        </w:rPr>
      </w:pPr>
      <w:r w:rsidRPr="00747858">
        <w:rPr>
          <w:color w:val="auto"/>
        </w:rPr>
        <w:t>X. SOPORTE</w:t>
      </w:r>
    </w:p>
    <w:p w14:paraId="1471D093" w14:textId="77777777" w:rsidR="00787302" w:rsidRPr="00787302" w:rsidRDefault="00787302" w:rsidP="002124B1">
      <w:pPr>
        <w:spacing w:line="360" w:lineRule="auto"/>
        <w:jc w:val="both"/>
      </w:pPr>
      <w:r w:rsidRPr="00787302">
        <w:t>EL PROVEEDOR brindará soporte técnico únicamente para incidencias relacionadas con la red FTTH.</w:t>
      </w:r>
    </w:p>
    <w:p w14:paraId="1965B527" w14:textId="3E27EA56" w:rsidR="00747D39" w:rsidRPr="00BE2ACF" w:rsidRDefault="00DA764F" w:rsidP="002124B1">
      <w:pPr>
        <w:pStyle w:val="Ttulo1"/>
        <w:spacing w:line="360" w:lineRule="auto"/>
        <w:jc w:val="both"/>
        <w:rPr>
          <w:color w:val="auto"/>
        </w:rPr>
      </w:pPr>
      <w:r w:rsidRPr="00BE2ACF">
        <w:rPr>
          <w:color w:val="auto"/>
        </w:rPr>
        <w:t xml:space="preserve">XI. </w:t>
      </w:r>
      <w:r w:rsidR="00F437F9" w:rsidRPr="00F437F9">
        <w:rPr>
          <w:color w:val="auto"/>
        </w:rPr>
        <w:t>LIMITACIÓN DE RESPONSABILIDAD</w:t>
      </w:r>
    </w:p>
    <w:p w14:paraId="56E74E97" w14:textId="7002B655" w:rsidR="00F437F9" w:rsidRPr="00E7553C" w:rsidRDefault="00F437F9" w:rsidP="002124B1">
      <w:pPr>
        <w:spacing w:line="360" w:lineRule="auto"/>
        <w:jc w:val="both"/>
      </w:pPr>
      <w:r w:rsidRPr="00F437F9">
        <w:t>EL PROVEEDOR no será responsable por interrupciones causadas por fuerza mayor, fallas</w:t>
      </w:r>
      <w:r w:rsidR="00611F23">
        <w:t xml:space="preserve"> </w:t>
      </w:r>
      <w:r w:rsidRPr="00F437F9">
        <w:t>eléctricas, daños internos del SUSCRIPTOR o factores externos a la red.</w:t>
      </w:r>
    </w:p>
    <w:p w14:paraId="451F9AAE" w14:textId="77777777" w:rsidR="00747D39" w:rsidRPr="00BE2ACF" w:rsidRDefault="00DA764F" w:rsidP="002124B1">
      <w:pPr>
        <w:pStyle w:val="Ttulo1"/>
        <w:spacing w:line="360" w:lineRule="auto"/>
        <w:jc w:val="both"/>
        <w:rPr>
          <w:color w:val="auto"/>
        </w:rPr>
      </w:pPr>
      <w:r w:rsidRPr="00BE2ACF">
        <w:rPr>
          <w:color w:val="auto"/>
        </w:rPr>
        <w:t>XII. ACEPTACIÓN</w:t>
      </w:r>
    </w:p>
    <w:p w14:paraId="65FB5E37" w14:textId="19353E7B" w:rsidR="00FC16C5" w:rsidRDefault="00747858" w:rsidP="003E0ED7">
      <w:pPr>
        <w:spacing w:line="360" w:lineRule="auto"/>
        <w:jc w:val="both"/>
      </w:pPr>
      <w:r w:rsidRPr="00747858">
        <w:t>Ambas partes declaran haber leído y aceptado todas las condiciones del presente contrato.</w:t>
      </w:r>
    </w:p>
    <w:p w14:paraId="24B6D374" w14:textId="1E669CFE" w:rsidR="002923A1" w:rsidRDefault="00747858" w:rsidP="6709EA6A">
      <w:pPr>
        <w:rPr>
          <w:u w:val="single"/>
        </w:rPr>
      </w:pPr>
      <w:r w:rsidRPr="72C83B9B">
        <w:rPr>
          <w:b/>
          <w:bCs/>
        </w:rPr>
        <w:t>Lugar y fecha:</w:t>
      </w:r>
      <w:r>
        <w:t xml:space="preserve"> </w:t>
      </w:r>
      <w:r w:rsidR="1EB6E7FC" w:rsidRPr="72C83B9B">
        <w:rPr>
          <w:u w:val="single"/>
        </w:rPr>
        <w:t>_</w:t>
      </w:r>
      <w:r w:rsidR="00F65B73">
        <w:rPr>
          <w:u w:val="single"/>
        </w:rPr>
        <w:t xml:space="preserve"> </w:t>
      </w:r>
      <w:proofErr w:type="gramStart"/>
      <w:r w:rsidR="00F65B73">
        <w:rPr>
          <w:u w:val="single"/>
        </w:rPr>
        <w:t xml:space="preserve">   [</w:t>
      </w:r>
      <w:proofErr w:type="spellStart"/>
      <w:proofErr w:type="gramEnd"/>
      <w:r w:rsidR="00F65B73">
        <w:rPr>
          <w:u w:val="single"/>
        </w:rPr>
        <w:t>FechaDeImpresion</w:t>
      </w:r>
      <w:proofErr w:type="spellEnd"/>
      <w:r w:rsidR="00F65B73">
        <w:rPr>
          <w:u w:val="single"/>
        </w:rPr>
        <w:t>]</w:t>
      </w:r>
      <w:proofErr w:type="gramStart"/>
      <w:r w:rsidR="00F65B73">
        <w:rPr>
          <w:u w:val="single"/>
        </w:rPr>
        <w:t xml:space="preserve">   </w:t>
      </w:r>
      <w:r w:rsidR="00A870CF">
        <w:rPr>
          <w:u w:val="single"/>
        </w:rPr>
        <w:t>[</w:t>
      </w:r>
      <w:proofErr w:type="spellStart"/>
      <w:proofErr w:type="gramEnd"/>
      <w:r w:rsidR="00D352AA">
        <w:rPr>
          <w:u w:val="single"/>
        </w:rPr>
        <w:t>DireccionDeEmpresa</w:t>
      </w:r>
      <w:proofErr w:type="spellEnd"/>
      <w:r w:rsidR="00A870CF">
        <w:rPr>
          <w:u w:val="single"/>
        </w:rPr>
        <w:t>]</w:t>
      </w:r>
      <w:r w:rsidR="1EB6E7FC" w:rsidRPr="72C83B9B">
        <w:rPr>
          <w:u w:val="single"/>
        </w:rPr>
        <w:t>_</w:t>
      </w:r>
      <w:r w:rsidR="29A1F727" w:rsidRPr="72C83B9B">
        <w:rPr>
          <w:u w:val="single"/>
        </w:rPr>
        <w:t>____________</w:t>
      </w:r>
      <w:r w:rsidR="0B4E1655" w:rsidRPr="72C83B9B">
        <w:rPr>
          <w:u w:val="single"/>
        </w:rPr>
        <w:t>________</w:t>
      </w:r>
    </w:p>
    <w:p w14:paraId="48A34A74" w14:textId="77777777" w:rsidR="00F65B73" w:rsidRDefault="00F65B73" w:rsidP="00747858">
      <w:pPr>
        <w:rPr>
          <w:b/>
          <w:bCs/>
        </w:rPr>
      </w:pPr>
    </w:p>
    <w:p w14:paraId="7E090BB7" w14:textId="77777777" w:rsidR="00F65B73" w:rsidRDefault="00F65B73" w:rsidP="00747858">
      <w:pPr>
        <w:rPr>
          <w:b/>
          <w:bCs/>
        </w:rPr>
      </w:pPr>
    </w:p>
    <w:p w14:paraId="4D034DC1" w14:textId="77777777" w:rsidR="00F65B73" w:rsidRDefault="00F65B73" w:rsidP="00747858">
      <w:pPr>
        <w:rPr>
          <w:b/>
          <w:bCs/>
        </w:rPr>
      </w:pPr>
    </w:p>
    <w:p w14:paraId="08025266" w14:textId="4104C4AB" w:rsidR="00F65B73" w:rsidRDefault="00747858" w:rsidP="00F65B73">
      <w:pPr>
        <w:spacing w:after="0" w:line="240" w:lineRule="auto"/>
        <w:sectPr w:rsidR="00F65B73" w:rsidSect="004534B8">
          <w:headerReference w:type="default" r:id="rId8"/>
          <w:footerReference w:type="default" r:id="rId9"/>
          <w:pgSz w:w="12240" w:h="15840"/>
          <w:pgMar w:top="1440" w:right="1800" w:bottom="1440" w:left="1800" w:header="720" w:footer="344" w:gutter="0"/>
          <w:cols w:space="720"/>
          <w:titlePg/>
          <w:docGrid w:linePitch="360"/>
        </w:sectPr>
      </w:pPr>
      <w:r w:rsidRPr="00747858">
        <w:br/>
      </w:r>
    </w:p>
    <w:p w14:paraId="0A0D7316" w14:textId="77777777" w:rsidR="00F65B73" w:rsidRDefault="00F65B73" w:rsidP="00F65B73">
      <w:pPr>
        <w:spacing w:after="0" w:line="240" w:lineRule="auto"/>
      </w:pPr>
    </w:p>
    <w:p w14:paraId="540947C8" w14:textId="36482DAF" w:rsidR="00AF486A" w:rsidRDefault="00F65B73" w:rsidP="00F65B73">
      <w:pPr>
        <w:spacing w:after="0" w:line="240" w:lineRule="auto"/>
        <w:rPr>
          <w:b/>
          <w:bCs/>
        </w:rPr>
      </w:pPr>
      <w:r w:rsidRPr="00747858">
        <w:t>Firma: _______________________________</w:t>
      </w:r>
      <w:r>
        <w:t>_______</w:t>
      </w:r>
      <w:r>
        <w:br/>
      </w:r>
      <w:r w:rsidRPr="00747858">
        <w:rPr>
          <w:b/>
          <w:bCs/>
        </w:rPr>
        <w:t xml:space="preserve">EL </w:t>
      </w:r>
      <w:r>
        <w:rPr>
          <w:b/>
          <w:bCs/>
        </w:rPr>
        <w:t>SUSCRIPTOR</w:t>
      </w:r>
      <w:r>
        <w:br/>
      </w:r>
      <w:r>
        <w:t>[</w:t>
      </w:r>
      <w:proofErr w:type="spellStart"/>
      <w:r>
        <w:t>ClienteNombre</w:t>
      </w:r>
      <w:proofErr w:type="spellEnd"/>
      <w:r>
        <w:t>]</w:t>
      </w:r>
      <w:r w:rsidRPr="00747858">
        <w:br/>
      </w:r>
    </w:p>
    <w:p w14:paraId="1BEBFB63" w14:textId="4DB371B8" w:rsidR="00F65B73" w:rsidRDefault="00747858" w:rsidP="00F65B73">
      <w:pPr>
        <w:spacing w:line="240" w:lineRule="auto"/>
      </w:pPr>
      <w:r w:rsidRPr="00747858">
        <w:br/>
      </w:r>
      <w:r w:rsidR="00AF486A" w:rsidRPr="00747858">
        <w:t>Firma: _______________________________</w:t>
      </w:r>
      <w:r w:rsidR="00AF486A">
        <w:t>_______</w:t>
      </w:r>
      <w:r w:rsidR="00F65B73">
        <w:br/>
      </w:r>
      <w:r w:rsidR="00F65B73" w:rsidRPr="00747858">
        <w:rPr>
          <w:b/>
          <w:bCs/>
        </w:rPr>
        <w:t>EL PROVEEDOR</w:t>
      </w:r>
      <w:r w:rsidR="00F65B73">
        <w:br/>
      </w:r>
      <w:r w:rsidR="00F65B73" w:rsidRPr="00747858">
        <w:t>Samuel Antonio Mejía Hernández</w:t>
      </w:r>
      <w:r w:rsidR="00F65B73" w:rsidRPr="00747858">
        <w:br/>
        <w:t>MG TECHNOLOGY</w:t>
      </w:r>
    </w:p>
    <w:p w14:paraId="5C1FD31E" w14:textId="77777777" w:rsidR="00F65B73" w:rsidRDefault="00F65B73" w:rsidP="175A84C6">
      <w:pPr>
        <w:spacing w:line="600" w:lineRule="auto"/>
        <w:sectPr w:rsidR="00F65B73" w:rsidSect="00F65B73">
          <w:type w:val="continuous"/>
          <w:pgSz w:w="12240" w:h="15840"/>
          <w:pgMar w:top="1440" w:right="1800" w:bottom="1440" w:left="1800" w:header="720" w:footer="344" w:gutter="0"/>
          <w:cols w:num="2" w:space="720"/>
          <w:titlePg/>
          <w:docGrid w:linePitch="360"/>
        </w:sectPr>
      </w:pPr>
    </w:p>
    <w:p w14:paraId="0CC9270E" w14:textId="77777777" w:rsidR="00F65B73" w:rsidRPr="00D407F9" w:rsidRDefault="00F65B73" w:rsidP="175A84C6">
      <w:pPr>
        <w:spacing w:line="600" w:lineRule="auto"/>
      </w:pPr>
    </w:p>
    <w:sectPr w:rsidR="00F65B73" w:rsidRPr="00D407F9" w:rsidSect="00F65B73">
      <w:type w:val="continuous"/>
      <w:pgSz w:w="12240" w:h="15840"/>
      <w:pgMar w:top="1440" w:right="1800" w:bottom="1440" w:left="1800" w:header="720" w:footer="3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759C4" w14:textId="77777777" w:rsidR="001B64FA" w:rsidRPr="00E7553C" w:rsidRDefault="001B64FA">
      <w:pPr>
        <w:spacing w:after="0" w:line="240" w:lineRule="auto"/>
      </w:pPr>
      <w:r w:rsidRPr="00E7553C">
        <w:separator/>
      </w:r>
    </w:p>
  </w:endnote>
  <w:endnote w:type="continuationSeparator" w:id="0">
    <w:p w14:paraId="1734D7C2" w14:textId="77777777" w:rsidR="001B64FA" w:rsidRPr="00E7553C" w:rsidRDefault="001B64FA">
      <w:pPr>
        <w:spacing w:after="0" w:line="240" w:lineRule="auto"/>
      </w:pPr>
      <w:r w:rsidRPr="00E755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E1FC1" w14:textId="188C204C" w:rsidR="00CE72AB" w:rsidRDefault="00CE72AB" w:rsidP="00CE72AB">
    <w:pPr>
      <w:tabs>
        <w:tab w:val="center" w:pos="4550"/>
        <w:tab w:val="left" w:pos="5818"/>
      </w:tabs>
      <w:ind w:right="260"/>
      <w:jc w:val="center"/>
      <w:rPr>
        <w:color w:val="0F243E" w:themeColor="text2" w:themeShade="80"/>
        <w:sz w:val="24"/>
        <w:szCs w:val="24"/>
      </w:rPr>
    </w:pPr>
    <w:r w:rsidRPr="00E7553C">
      <w:t xml:space="preserve">Contrato MG TECHNOLOGY FTTH - Uso interno </w:t>
    </w:r>
    <w:r w:rsidRPr="00CE72AB">
      <w:t xml:space="preserve">Página </w:t>
    </w:r>
    <w:r w:rsidRPr="00CE72AB">
      <w:fldChar w:fldCharType="begin"/>
    </w:r>
    <w:r w:rsidRPr="00CE72AB">
      <w:instrText>PAGE   \* MERGEFORMAT</w:instrText>
    </w:r>
    <w:r w:rsidRPr="00CE72AB">
      <w:fldChar w:fldCharType="separate"/>
    </w:r>
    <w:r w:rsidRPr="00CE72AB">
      <w:t>1</w:t>
    </w:r>
    <w:r w:rsidRPr="00CE72AB">
      <w:fldChar w:fldCharType="end"/>
    </w:r>
    <w:r w:rsidRPr="00CE72AB">
      <w:t xml:space="preserve"> | </w:t>
    </w:r>
    <w:fldSimple w:instr="NUMPAGES  \* Arabic  \* MERGEFORMAT">
      <w:r w:rsidRPr="00CE72AB">
        <w:t>1</w:t>
      </w:r>
    </w:fldSimple>
  </w:p>
  <w:p w14:paraId="029776D7" w14:textId="5476E78E" w:rsidR="00747D39" w:rsidRPr="00993365" w:rsidRDefault="00747D39">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EB0B9" w14:textId="77777777" w:rsidR="001B64FA" w:rsidRPr="00E7553C" w:rsidRDefault="001B64FA">
      <w:pPr>
        <w:spacing w:after="0" w:line="240" w:lineRule="auto"/>
      </w:pPr>
      <w:r w:rsidRPr="00E7553C">
        <w:separator/>
      </w:r>
    </w:p>
  </w:footnote>
  <w:footnote w:type="continuationSeparator" w:id="0">
    <w:p w14:paraId="0CBE9455" w14:textId="77777777" w:rsidR="001B64FA" w:rsidRPr="00E7553C" w:rsidRDefault="001B64FA">
      <w:pPr>
        <w:spacing w:after="0" w:line="240" w:lineRule="auto"/>
      </w:pPr>
      <w:r w:rsidRPr="00E755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D808" w14:textId="77777777" w:rsidR="00747D39" w:rsidRPr="00E7553C" w:rsidRDefault="00DA764F">
    <w:pPr>
      <w:pStyle w:val="Encabezado"/>
      <w:jc w:val="center"/>
    </w:pPr>
    <w:r w:rsidRPr="00E7553C">
      <w:t>MG TECHNOLOGY S. de R.L. | Servicio FTTH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1A530DD4"/>
    <w:multiLevelType w:val="hybridMultilevel"/>
    <w:tmpl w:val="6654259C"/>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0" w15:restartNumberingAfterBreak="0">
    <w:nsid w:val="1E8E5FDA"/>
    <w:multiLevelType w:val="hybridMultilevel"/>
    <w:tmpl w:val="E7EC0CD2"/>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1" w15:restartNumberingAfterBreak="0">
    <w:nsid w:val="32FC32C3"/>
    <w:multiLevelType w:val="multilevel"/>
    <w:tmpl w:val="1EB6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512C0E"/>
    <w:multiLevelType w:val="multilevel"/>
    <w:tmpl w:val="9850D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C36722"/>
    <w:multiLevelType w:val="multilevel"/>
    <w:tmpl w:val="B3708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EE3EBE"/>
    <w:multiLevelType w:val="hybridMultilevel"/>
    <w:tmpl w:val="70D88C08"/>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5" w15:restartNumberingAfterBreak="0">
    <w:nsid w:val="76E165F2"/>
    <w:multiLevelType w:val="hybridMultilevel"/>
    <w:tmpl w:val="A93A9D1A"/>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num w:numId="1" w16cid:durableId="1538662336">
    <w:abstractNumId w:val="8"/>
  </w:num>
  <w:num w:numId="2" w16cid:durableId="1723018884">
    <w:abstractNumId w:val="6"/>
  </w:num>
  <w:num w:numId="3" w16cid:durableId="1439983098">
    <w:abstractNumId w:val="5"/>
  </w:num>
  <w:num w:numId="4" w16cid:durableId="262542510">
    <w:abstractNumId w:val="4"/>
  </w:num>
  <w:num w:numId="5" w16cid:durableId="776561346">
    <w:abstractNumId w:val="7"/>
  </w:num>
  <w:num w:numId="6" w16cid:durableId="1090078248">
    <w:abstractNumId w:val="3"/>
  </w:num>
  <w:num w:numId="7" w16cid:durableId="214195342">
    <w:abstractNumId w:val="2"/>
  </w:num>
  <w:num w:numId="8" w16cid:durableId="268006955">
    <w:abstractNumId w:val="1"/>
  </w:num>
  <w:num w:numId="9" w16cid:durableId="1158378125">
    <w:abstractNumId w:val="0"/>
  </w:num>
  <w:num w:numId="10" w16cid:durableId="1138690618">
    <w:abstractNumId w:val="15"/>
  </w:num>
  <w:num w:numId="11" w16cid:durableId="1777671300">
    <w:abstractNumId w:val="9"/>
  </w:num>
  <w:num w:numId="12" w16cid:durableId="171721889">
    <w:abstractNumId w:val="10"/>
  </w:num>
  <w:num w:numId="13" w16cid:durableId="967857163">
    <w:abstractNumId w:val="14"/>
  </w:num>
  <w:num w:numId="14" w16cid:durableId="1464233009">
    <w:abstractNumId w:val="11"/>
  </w:num>
  <w:num w:numId="15" w16cid:durableId="547956189">
    <w:abstractNumId w:val="12"/>
  </w:num>
  <w:num w:numId="16" w16cid:durableId="10836042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C7F"/>
    <w:rsid w:val="00002370"/>
    <w:rsid w:val="000211BF"/>
    <w:rsid w:val="00021DE0"/>
    <w:rsid w:val="00027585"/>
    <w:rsid w:val="00030287"/>
    <w:rsid w:val="00034616"/>
    <w:rsid w:val="00043EEC"/>
    <w:rsid w:val="0004403E"/>
    <w:rsid w:val="00051DAC"/>
    <w:rsid w:val="0006063C"/>
    <w:rsid w:val="00067EEB"/>
    <w:rsid w:val="000745F1"/>
    <w:rsid w:val="00076FC9"/>
    <w:rsid w:val="00083BDA"/>
    <w:rsid w:val="00084DE6"/>
    <w:rsid w:val="00087BC1"/>
    <w:rsid w:val="0009703E"/>
    <w:rsid w:val="00097181"/>
    <w:rsid w:val="000C1559"/>
    <w:rsid w:val="000D28F6"/>
    <w:rsid w:val="000E2A6D"/>
    <w:rsid w:val="000E5F2A"/>
    <w:rsid w:val="00112693"/>
    <w:rsid w:val="00121123"/>
    <w:rsid w:val="00121355"/>
    <w:rsid w:val="00121D60"/>
    <w:rsid w:val="00122085"/>
    <w:rsid w:val="00124C7D"/>
    <w:rsid w:val="0013434F"/>
    <w:rsid w:val="001357FC"/>
    <w:rsid w:val="00142BB3"/>
    <w:rsid w:val="001460E1"/>
    <w:rsid w:val="00147710"/>
    <w:rsid w:val="0015074B"/>
    <w:rsid w:val="00157435"/>
    <w:rsid w:val="00185FEE"/>
    <w:rsid w:val="00186913"/>
    <w:rsid w:val="00190E14"/>
    <w:rsid w:val="001A0FB9"/>
    <w:rsid w:val="001A37F6"/>
    <w:rsid w:val="001A5164"/>
    <w:rsid w:val="001A6C80"/>
    <w:rsid w:val="001B64FA"/>
    <w:rsid w:val="001B7269"/>
    <w:rsid w:val="001B7F6E"/>
    <w:rsid w:val="001E0772"/>
    <w:rsid w:val="00202C5D"/>
    <w:rsid w:val="002124B1"/>
    <w:rsid w:val="00212ACB"/>
    <w:rsid w:val="002276BF"/>
    <w:rsid w:val="00237BC9"/>
    <w:rsid w:val="0024204A"/>
    <w:rsid w:val="002421C4"/>
    <w:rsid w:val="00243CB4"/>
    <w:rsid w:val="00245C26"/>
    <w:rsid w:val="002463D0"/>
    <w:rsid w:val="002530EF"/>
    <w:rsid w:val="0025374E"/>
    <w:rsid w:val="00254425"/>
    <w:rsid w:val="002817D4"/>
    <w:rsid w:val="002818A8"/>
    <w:rsid w:val="002923A1"/>
    <w:rsid w:val="00294560"/>
    <w:rsid w:val="00296176"/>
    <w:rsid w:val="0029639D"/>
    <w:rsid w:val="002A00CE"/>
    <w:rsid w:val="002A0FAC"/>
    <w:rsid w:val="002A2158"/>
    <w:rsid w:val="002B6DA4"/>
    <w:rsid w:val="002C168D"/>
    <w:rsid w:val="002E0A96"/>
    <w:rsid w:val="002E0C6B"/>
    <w:rsid w:val="002E1E41"/>
    <w:rsid w:val="002E69C1"/>
    <w:rsid w:val="002F6632"/>
    <w:rsid w:val="00302B9F"/>
    <w:rsid w:val="0032330E"/>
    <w:rsid w:val="00323DD6"/>
    <w:rsid w:val="00326F90"/>
    <w:rsid w:val="00330D20"/>
    <w:rsid w:val="003314CA"/>
    <w:rsid w:val="00332494"/>
    <w:rsid w:val="00362997"/>
    <w:rsid w:val="00381177"/>
    <w:rsid w:val="00381404"/>
    <w:rsid w:val="00384528"/>
    <w:rsid w:val="00390BCF"/>
    <w:rsid w:val="00396A27"/>
    <w:rsid w:val="003A5525"/>
    <w:rsid w:val="003A6EDE"/>
    <w:rsid w:val="003B7077"/>
    <w:rsid w:val="003D061B"/>
    <w:rsid w:val="003D0C3A"/>
    <w:rsid w:val="003D1FC4"/>
    <w:rsid w:val="003E01C9"/>
    <w:rsid w:val="003E0ED7"/>
    <w:rsid w:val="003E2218"/>
    <w:rsid w:val="003E4FC9"/>
    <w:rsid w:val="003E7ABA"/>
    <w:rsid w:val="003F1F23"/>
    <w:rsid w:val="003F3D63"/>
    <w:rsid w:val="00400343"/>
    <w:rsid w:val="00427B49"/>
    <w:rsid w:val="00432A58"/>
    <w:rsid w:val="004348A7"/>
    <w:rsid w:val="004426D6"/>
    <w:rsid w:val="00450320"/>
    <w:rsid w:val="00451825"/>
    <w:rsid w:val="004534B8"/>
    <w:rsid w:val="004746B3"/>
    <w:rsid w:val="00484FF7"/>
    <w:rsid w:val="00486AF2"/>
    <w:rsid w:val="00491FBA"/>
    <w:rsid w:val="004922B6"/>
    <w:rsid w:val="004B052C"/>
    <w:rsid w:val="004C1EEA"/>
    <w:rsid w:val="004C26FF"/>
    <w:rsid w:val="004C2D1A"/>
    <w:rsid w:val="004C43BA"/>
    <w:rsid w:val="004D0A99"/>
    <w:rsid w:val="004D58A1"/>
    <w:rsid w:val="004D7959"/>
    <w:rsid w:val="004F51F5"/>
    <w:rsid w:val="004F7E7C"/>
    <w:rsid w:val="00500940"/>
    <w:rsid w:val="00500E17"/>
    <w:rsid w:val="00507B8D"/>
    <w:rsid w:val="005142A9"/>
    <w:rsid w:val="00540039"/>
    <w:rsid w:val="00545D7F"/>
    <w:rsid w:val="00557B9B"/>
    <w:rsid w:val="005817AF"/>
    <w:rsid w:val="0058698B"/>
    <w:rsid w:val="00595BB7"/>
    <w:rsid w:val="005A76E2"/>
    <w:rsid w:val="005C82CC"/>
    <w:rsid w:val="005D7C39"/>
    <w:rsid w:val="005E44FB"/>
    <w:rsid w:val="005E4C5F"/>
    <w:rsid w:val="005E6EFC"/>
    <w:rsid w:val="006009B1"/>
    <w:rsid w:val="00604DC9"/>
    <w:rsid w:val="00606137"/>
    <w:rsid w:val="00606981"/>
    <w:rsid w:val="00611F23"/>
    <w:rsid w:val="0061405E"/>
    <w:rsid w:val="006303A8"/>
    <w:rsid w:val="00630C85"/>
    <w:rsid w:val="00634DB5"/>
    <w:rsid w:val="00635F3A"/>
    <w:rsid w:val="00636F01"/>
    <w:rsid w:val="00650A5D"/>
    <w:rsid w:val="00650B9C"/>
    <w:rsid w:val="00657A3F"/>
    <w:rsid w:val="006607AE"/>
    <w:rsid w:val="00661E5F"/>
    <w:rsid w:val="00672BAB"/>
    <w:rsid w:val="00676E17"/>
    <w:rsid w:val="00680B10"/>
    <w:rsid w:val="006810F8"/>
    <w:rsid w:val="006A01B0"/>
    <w:rsid w:val="006A6406"/>
    <w:rsid w:val="006C69B1"/>
    <w:rsid w:val="006E075F"/>
    <w:rsid w:val="006E1228"/>
    <w:rsid w:val="006E6B73"/>
    <w:rsid w:val="006E709D"/>
    <w:rsid w:val="006F7473"/>
    <w:rsid w:val="00702610"/>
    <w:rsid w:val="007037D7"/>
    <w:rsid w:val="00716DD0"/>
    <w:rsid w:val="007177F6"/>
    <w:rsid w:val="00720AD5"/>
    <w:rsid w:val="007360C7"/>
    <w:rsid w:val="007366FC"/>
    <w:rsid w:val="00747858"/>
    <w:rsid w:val="00747D39"/>
    <w:rsid w:val="00755F0D"/>
    <w:rsid w:val="00757450"/>
    <w:rsid w:val="0076611A"/>
    <w:rsid w:val="00773E2F"/>
    <w:rsid w:val="00777984"/>
    <w:rsid w:val="00781239"/>
    <w:rsid w:val="00787302"/>
    <w:rsid w:val="007904D1"/>
    <w:rsid w:val="00795126"/>
    <w:rsid w:val="007A1186"/>
    <w:rsid w:val="007A3203"/>
    <w:rsid w:val="007A65EA"/>
    <w:rsid w:val="007B04F5"/>
    <w:rsid w:val="007B0FA2"/>
    <w:rsid w:val="007C2DD3"/>
    <w:rsid w:val="007D2B6B"/>
    <w:rsid w:val="007D634F"/>
    <w:rsid w:val="007F4E5B"/>
    <w:rsid w:val="0080009F"/>
    <w:rsid w:val="00802F68"/>
    <w:rsid w:val="00807EFD"/>
    <w:rsid w:val="00813EBF"/>
    <w:rsid w:val="00815F79"/>
    <w:rsid w:val="00817871"/>
    <w:rsid w:val="00822E77"/>
    <w:rsid w:val="0082482D"/>
    <w:rsid w:val="00830DC8"/>
    <w:rsid w:val="0083428C"/>
    <w:rsid w:val="008372C4"/>
    <w:rsid w:val="00845D0F"/>
    <w:rsid w:val="00856ECE"/>
    <w:rsid w:val="00861622"/>
    <w:rsid w:val="0087737F"/>
    <w:rsid w:val="00880B0B"/>
    <w:rsid w:val="00886197"/>
    <w:rsid w:val="00891F09"/>
    <w:rsid w:val="008A2593"/>
    <w:rsid w:val="008A51F3"/>
    <w:rsid w:val="008A5B6E"/>
    <w:rsid w:val="008A5C91"/>
    <w:rsid w:val="008A6C45"/>
    <w:rsid w:val="008A7366"/>
    <w:rsid w:val="008B4BEE"/>
    <w:rsid w:val="008B711C"/>
    <w:rsid w:val="008C219F"/>
    <w:rsid w:val="008E06FF"/>
    <w:rsid w:val="008E1083"/>
    <w:rsid w:val="008E1E28"/>
    <w:rsid w:val="008E2B08"/>
    <w:rsid w:val="008E4908"/>
    <w:rsid w:val="008F03CA"/>
    <w:rsid w:val="008F708D"/>
    <w:rsid w:val="00907828"/>
    <w:rsid w:val="00913505"/>
    <w:rsid w:val="009335E2"/>
    <w:rsid w:val="00934FA2"/>
    <w:rsid w:val="009537E8"/>
    <w:rsid w:val="00976643"/>
    <w:rsid w:val="00980687"/>
    <w:rsid w:val="00985502"/>
    <w:rsid w:val="00993365"/>
    <w:rsid w:val="009A12BB"/>
    <w:rsid w:val="009B6319"/>
    <w:rsid w:val="009B67FC"/>
    <w:rsid w:val="009C19CB"/>
    <w:rsid w:val="009C5552"/>
    <w:rsid w:val="009D134F"/>
    <w:rsid w:val="009D5E5A"/>
    <w:rsid w:val="009D68B7"/>
    <w:rsid w:val="009D713F"/>
    <w:rsid w:val="009E2D2E"/>
    <w:rsid w:val="009E5B9F"/>
    <w:rsid w:val="009F48EA"/>
    <w:rsid w:val="00A13832"/>
    <w:rsid w:val="00A161F4"/>
    <w:rsid w:val="00A220DD"/>
    <w:rsid w:val="00A24EF3"/>
    <w:rsid w:val="00A27CCC"/>
    <w:rsid w:val="00A32B19"/>
    <w:rsid w:val="00A53F12"/>
    <w:rsid w:val="00A55638"/>
    <w:rsid w:val="00A6364E"/>
    <w:rsid w:val="00A76749"/>
    <w:rsid w:val="00A81E42"/>
    <w:rsid w:val="00A84653"/>
    <w:rsid w:val="00A870CF"/>
    <w:rsid w:val="00A97290"/>
    <w:rsid w:val="00AA1D8D"/>
    <w:rsid w:val="00AB3465"/>
    <w:rsid w:val="00AB62C0"/>
    <w:rsid w:val="00AC271D"/>
    <w:rsid w:val="00AC652C"/>
    <w:rsid w:val="00AD34AE"/>
    <w:rsid w:val="00AD3690"/>
    <w:rsid w:val="00AE0FB0"/>
    <w:rsid w:val="00AE2FC0"/>
    <w:rsid w:val="00AE48CD"/>
    <w:rsid w:val="00AE6BDC"/>
    <w:rsid w:val="00AF1F16"/>
    <w:rsid w:val="00AF486A"/>
    <w:rsid w:val="00AF7D49"/>
    <w:rsid w:val="00B141D3"/>
    <w:rsid w:val="00B231AB"/>
    <w:rsid w:val="00B30761"/>
    <w:rsid w:val="00B33098"/>
    <w:rsid w:val="00B37041"/>
    <w:rsid w:val="00B47730"/>
    <w:rsid w:val="00B5001E"/>
    <w:rsid w:val="00B51856"/>
    <w:rsid w:val="00B56B81"/>
    <w:rsid w:val="00B57B6C"/>
    <w:rsid w:val="00B62413"/>
    <w:rsid w:val="00B64ABC"/>
    <w:rsid w:val="00B87965"/>
    <w:rsid w:val="00B96D01"/>
    <w:rsid w:val="00BA6F49"/>
    <w:rsid w:val="00BC63B6"/>
    <w:rsid w:val="00BD45CD"/>
    <w:rsid w:val="00BD4F02"/>
    <w:rsid w:val="00BE2ACF"/>
    <w:rsid w:val="00BE5B12"/>
    <w:rsid w:val="00BE5B98"/>
    <w:rsid w:val="00BF021F"/>
    <w:rsid w:val="00C2022B"/>
    <w:rsid w:val="00C2203B"/>
    <w:rsid w:val="00C2311A"/>
    <w:rsid w:val="00C33647"/>
    <w:rsid w:val="00C351E8"/>
    <w:rsid w:val="00C35C72"/>
    <w:rsid w:val="00C38FFA"/>
    <w:rsid w:val="00C41F74"/>
    <w:rsid w:val="00C67625"/>
    <w:rsid w:val="00C84183"/>
    <w:rsid w:val="00C8677C"/>
    <w:rsid w:val="00C919A1"/>
    <w:rsid w:val="00C92ECE"/>
    <w:rsid w:val="00C935B8"/>
    <w:rsid w:val="00CA33B1"/>
    <w:rsid w:val="00CB0664"/>
    <w:rsid w:val="00CB65E8"/>
    <w:rsid w:val="00CB69B6"/>
    <w:rsid w:val="00CC492E"/>
    <w:rsid w:val="00CC4D55"/>
    <w:rsid w:val="00CC4DC7"/>
    <w:rsid w:val="00CE091F"/>
    <w:rsid w:val="00CE5532"/>
    <w:rsid w:val="00CE5E56"/>
    <w:rsid w:val="00CE72AB"/>
    <w:rsid w:val="00D17324"/>
    <w:rsid w:val="00D27364"/>
    <w:rsid w:val="00D33B88"/>
    <w:rsid w:val="00D352AA"/>
    <w:rsid w:val="00D407F9"/>
    <w:rsid w:val="00D4501C"/>
    <w:rsid w:val="00D50935"/>
    <w:rsid w:val="00D6131F"/>
    <w:rsid w:val="00D634CE"/>
    <w:rsid w:val="00D66B01"/>
    <w:rsid w:val="00D78FC9"/>
    <w:rsid w:val="00D8501A"/>
    <w:rsid w:val="00D9528F"/>
    <w:rsid w:val="00DA067D"/>
    <w:rsid w:val="00DA764F"/>
    <w:rsid w:val="00DB4782"/>
    <w:rsid w:val="00DB61D9"/>
    <w:rsid w:val="00DB7080"/>
    <w:rsid w:val="00DC54C8"/>
    <w:rsid w:val="00DC6290"/>
    <w:rsid w:val="00DC7FC5"/>
    <w:rsid w:val="00DD0137"/>
    <w:rsid w:val="00DD2CA9"/>
    <w:rsid w:val="00DD7451"/>
    <w:rsid w:val="00DF7C3D"/>
    <w:rsid w:val="00E13970"/>
    <w:rsid w:val="00E151DD"/>
    <w:rsid w:val="00E161F0"/>
    <w:rsid w:val="00E261FE"/>
    <w:rsid w:val="00E3435C"/>
    <w:rsid w:val="00E478D9"/>
    <w:rsid w:val="00E721C8"/>
    <w:rsid w:val="00E7553C"/>
    <w:rsid w:val="00E9442A"/>
    <w:rsid w:val="00EA7D23"/>
    <w:rsid w:val="00EB0E76"/>
    <w:rsid w:val="00EB40AC"/>
    <w:rsid w:val="00EB6FE6"/>
    <w:rsid w:val="00EC08BB"/>
    <w:rsid w:val="00EC6172"/>
    <w:rsid w:val="00EC6FD4"/>
    <w:rsid w:val="00ED50DF"/>
    <w:rsid w:val="00ED76B0"/>
    <w:rsid w:val="00ED771D"/>
    <w:rsid w:val="00EE066D"/>
    <w:rsid w:val="00F16192"/>
    <w:rsid w:val="00F17A06"/>
    <w:rsid w:val="00F27CCB"/>
    <w:rsid w:val="00F3281A"/>
    <w:rsid w:val="00F33767"/>
    <w:rsid w:val="00F437F9"/>
    <w:rsid w:val="00F52F58"/>
    <w:rsid w:val="00F5300A"/>
    <w:rsid w:val="00F6201C"/>
    <w:rsid w:val="00F63386"/>
    <w:rsid w:val="00F656F9"/>
    <w:rsid w:val="00F65B73"/>
    <w:rsid w:val="00F6774C"/>
    <w:rsid w:val="00F73B98"/>
    <w:rsid w:val="00F924A0"/>
    <w:rsid w:val="00F96723"/>
    <w:rsid w:val="00FA171B"/>
    <w:rsid w:val="00FA4C28"/>
    <w:rsid w:val="00FB1E89"/>
    <w:rsid w:val="00FB22DD"/>
    <w:rsid w:val="00FB4B66"/>
    <w:rsid w:val="00FB6A13"/>
    <w:rsid w:val="00FC16C5"/>
    <w:rsid w:val="00FC38B0"/>
    <w:rsid w:val="00FC693F"/>
    <w:rsid w:val="00FD4CFF"/>
    <w:rsid w:val="00FD5437"/>
    <w:rsid w:val="00FE010C"/>
    <w:rsid w:val="00FE314E"/>
    <w:rsid w:val="00FF5C59"/>
    <w:rsid w:val="019667A9"/>
    <w:rsid w:val="04F0625F"/>
    <w:rsid w:val="06104472"/>
    <w:rsid w:val="08445227"/>
    <w:rsid w:val="0A4094F9"/>
    <w:rsid w:val="0B4E1655"/>
    <w:rsid w:val="0CE78EED"/>
    <w:rsid w:val="0E7E252D"/>
    <w:rsid w:val="108ED1F0"/>
    <w:rsid w:val="124B505D"/>
    <w:rsid w:val="13A71DAA"/>
    <w:rsid w:val="14CA1EC4"/>
    <w:rsid w:val="1574969A"/>
    <w:rsid w:val="15F2E8F1"/>
    <w:rsid w:val="16B6B06E"/>
    <w:rsid w:val="175A84C6"/>
    <w:rsid w:val="199C1EAF"/>
    <w:rsid w:val="19FC77DE"/>
    <w:rsid w:val="1D9E27EE"/>
    <w:rsid w:val="1EB6E7FC"/>
    <w:rsid w:val="1F8C4723"/>
    <w:rsid w:val="205177B9"/>
    <w:rsid w:val="20EB49AC"/>
    <w:rsid w:val="21120D60"/>
    <w:rsid w:val="2113EFBE"/>
    <w:rsid w:val="235667DD"/>
    <w:rsid w:val="23B47779"/>
    <w:rsid w:val="253D68B5"/>
    <w:rsid w:val="27E2F37D"/>
    <w:rsid w:val="28310BC9"/>
    <w:rsid w:val="28C6BADF"/>
    <w:rsid w:val="29A1F727"/>
    <w:rsid w:val="2C06CB02"/>
    <w:rsid w:val="2C20B4C7"/>
    <w:rsid w:val="2C5F8195"/>
    <w:rsid w:val="32C8E3A9"/>
    <w:rsid w:val="342DE9D8"/>
    <w:rsid w:val="34ADEF4B"/>
    <w:rsid w:val="360E4F1D"/>
    <w:rsid w:val="386E5DDD"/>
    <w:rsid w:val="3A1B3A11"/>
    <w:rsid w:val="3DB4FC7A"/>
    <w:rsid w:val="43647F53"/>
    <w:rsid w:val="439D0643"/>
    <w:rsid w:val="45E392F5"/>
    <w:rsid w:val="4614A87A"/>
    <w:rsid w:val="47BA9BD5"/>
    <w:rsid w:val="49164F11"/>
    <w:rsid w:val="4C5077B8"/>
    <w:rsid w:val="4DF4950C"/>
    <w:rsid w:val="4F1A0C9D"/>
    <w:rsid w:val="4F3FBDA7"/>
    <w:rsid w:val="4FB2E8DE"/>
    <w:rsid w:val="51E4BC4E"/>
    <w:rsid w:val="52233FC2"/>
    <w:rsid w:val="5533CF46"/>
    <w:rsid w:val="566FA5CD"/>
    <w:rsid w:val="5898EAB9"/>
    <w:rsid w:val="5C1D02CE"/>
    <w:rsid w:val="5C61D744"/>
    <w:rsid w:val="5E2E5203"/>
    <w:rsid w:val="63D52684"/>
    <w:rsid w:val="64989989"/>
    <w:rsid w:val="65EC0535"/>
    <w:rsid w:val="6692416A"/>
    <w:rsid w:val="6709EA6A"/>
    <w:rsid w:val="67578B9A"/>
    <w:rsid w:val="68F72BF9"/>
    <w:rsid w:val="6B03ACCC"/>
    <w:rsid w:val="6C1ACE2F"/>
    <w:rsid w:val="6FECD6E3"/>
    <w:rsid w:val="7018983E"/>
    <w:rsid w:val="70D256EA"/>
    <w:rsid w:val="71D7787D"/>
    <w:rsid w:val="72C83B9B"/>
    <w:rsid w:val="73038CD3"/>
    <w:rsid w:val="783D533D"/>
    <w:rsid w:val="7894E820"/>
    <w:rsid w:val="79D7722B"/>
    <w:rsid w:val="7AC29B91"/>
    <w:rsid w:val="7B1DD180"/>
    <w:rsid w:val="7DA74B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AA205"/>
  <w14:defaultImageDpi w14:val="330"/>
  <w15:docId w15:val="{0AF8F56E-078E-42FF-8804-72B7472D9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es-HN"/>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4</Pages>
  <Words>691</Words>
  <Characters>3802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Kevin Mendoza</cp:lastModifiedBy>
  <cp:revision>320</cp:revision>
  <cp:lastPrinted>2026-09-17T21:22:00Z</cp:lastPrinted>
  <dcterms:created xsi:type="dcterms:W3CDTF">2013-12-24T03:15:00Z</dcterms:created>
  <dcterms:modified xsi:type="dcterms:W3CDTF">2026-10-15T16:36:00Z</dcterms:modified>
  <cp:category/>
</cp:coreProperties>
</file>